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3F708F" w14:textId="77777777" w:rsidR="00937438" w:rsidRDefault="00937438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34"/>
        <w:gridCol w:w="2743"/>
        <w:gridCol w:w="2743"/>
      </w:tblGrid>
      <w:tr w:rsidR="00937438" w14:paraId="7D731579" w14:textId="77777777" w:rsidTr="00E66C1D">
        <w:trPr>
          <w:trHeight w:val="240"/>
        </w:trPr>
        <w:tc>
          <w:tcPr>
            <w:tcW w:w="4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CDD566" w14:textId="77777777" w:rsidR="00937438" w:rsidRDefault="00AB6269">
            <w:pPr>
              <w:jc w:val="center"/>
            </w:pPr>
            <w:r>
              <w:rPr>
                <w:b/>
              </w:rPr>
              <w:t>İş Akışı Adımları</w:t>
            </w:r>
          </w:p>
        </w:tc>
        <w:tc>
          <w:tcPr>
            <w:tcW w:w="2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806D6A" w14:textId="77777777" w:rsidR="00937438" w:rsidRDefault="00AB6269">
            <w:pPr>
              <w:jc w:val="center"/>
            </w:pPr>
            <w:r>
              <w:rPr>
                <w:b/>
              </w:rPr>
              <w:t>Sorumlu</w:t>
            </w:r>
          </w:p>
        </w:tc>
        <w:tc>
          <w:tcPr>
            <w:tcW w:w="2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F260A9" w14:textId="77777777" w:rsidR="00937438" w:rsidRDefault="00AB6269">
            <w:pPr>
              <w:jc w:val="center"/>
            </w:pPr>
            <w:r>
              <w:rPr>
                <w:b/>
              </w:rPr>
              <w:t>İlgili Dokümanlar</w:t>
            </w:r>
          </w:p>
        </w:tc>
      </w:tr>
      <w:tr w:rsidR="00937438" w14:paraId="1431CB46" w14:textId="77777777" w:rsidTr="00E66C1D">
        <w:trPr>
          <w:trHeight w:val="1224"/>
        </w:trPr>
        <w:tc>
          <w:tcPr>
            <w:tcW w:w="4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0BBA3E" w14:textId="77777777" w:rsidR="00937438" w:rsidRDefault="00AB6269">
            <w:r>
              <w:rPr>
                <w:sz w:val="16"/>
              </w:rPr>
              <w:t>Merkez bünyesindeki tarımsal makine veya ekipmanın kullanımına ilişkin talebin, kullanım amacı, tarih ve süre belirtilerek iletilmesi</w:t>
            </w:r>
          </w:p>
        </w:tc>
        <w:tc>
          <w:tcPr>
            <w:tcW w:w="2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F4BCF5" w14:textId="77777777" w:rsidR="00937438" w:rsidRDefault="00AB6269">
            <w:r>
              <w:rPr>
                <w:sz w:val="16"/>
              </w:rPr>
              <w:t>Talep</w:t>
            </w:r>
            <w:r>
              <w:rPr>
                <w:sz w:val="16"/>
              </w:rPr>
              <w:t xml:space="preserve"> Sahibi</w:t>
            </w:r>
          </w:p>
        </w:tc>
        <w:tc>
          <w:tcPr>
            <w:tcW w:w="2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01D413" w14:textId="77777777" w:rsidR="00937438" w:rsidRDefault="00AB6269">
            <w:r>
              <w:rPr>
                <w:sz w:val="16"/>
              </w:rPr>
              <w:t>Talep yazısı / Talep formu</w:t>
            </w:r>
          </w:p>
        </w:tc>
      </w:tr>
      <w:tr w:rsidR="00937438" w14:paraId="3C577512" w14:textId="77777777" w:rsidTr="00E66C1D">
        <w:trPr>
          <w:trHeight w:val="279"/>
        </w:trPr>
        <w:tc>
          <w:tcPr>
            <w:tcW w:w="4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500542" w14:textId="77777777" w:rsidR="00937438" w:rsidRDefault="00AB6269">
            <w:pPr>
              <w:jc w:val="center"/>
            </w:pPr>
            <w:r>
              <w:rPr>
                <w:b/>
                <w:sz w:val="28"/>
              </w:rPr>
              <w:t>↓</w:t>
            </w:r>
          </w:p>
        </w:tc>
        <w:tc>
          <w:tcPr>
            <w:tcW w:w="2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E6A418" w14:textId="77777777" w:rsidR="00937438" w:rsidRDefault="00937438">
            <w:pPr>
              <w:jc w:val="center"/>
            </w:pPr>
          </w:p>
        </w:tc>
        <w:tc>
          <w:tcPr>
            <w:tcW w:w="2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3214DF" w14:textId="77777777" w:rsidR="00937438" w:rsidRDefault="00937438">
            <w:pPr>
              <w:jc w:val="center"/>
            </w:pPr>
          </w:p>
        </w:tc>
      </w:tr>
      <w:tr w:rsidR="00937438" w14:paraId="3E3CBC56" w14:textId="77777777" w:rsidTr="00E66C1D">
        <w:trPr>
          <w:trHeight w:val="1224"/>
        </w:trPr>
        <w:tc>
          <w:tcPr>
            <w:tcW w:w="4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330703" w14:textId="77777777" w:rsidR="00937438" w:rsidRDefault="00AB6269">
            <w:r>
              <w:rPr>
                <w:sz w:val="16"/>
              </w:rPr>
              <w:t>Talebin kapsamının ve makine/ekipmanın kullanım amacına uygunluğunun ön değerlendirmesinin yapılması</w:t>
            </w:r>
          </w:p>
        </w:tc>
        <w:tc>
          <w:tcPr>
            <w:tcW w:w="2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A0BEE6" w14:textId="77777777" w:rsidR="00937438" w:rsidRDefault="00AB6269">
            <w:r>
              <w:rPr>
                <w:sz w:val="16"/>
              </w:rPr>
              <w:t>Merkez Müdürlüğü</w:t>
            </w:r>
          </w:p>
        </w:tc>
        <w:tc>
          <w:tcPr>
            <w:tcW w:w="2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C88255" w14:textId="77777777" w:rsidR="00937438" w:rsidRDefault="00AB6269">
            <w:r>
              <w:rPr>
                <w:sz w:val="16"/>
              </w:rPr>
              <w:t>Talep belgesi / Envanter kaydı</w:t>
            </w:r>
          </w:p>
        </w:tc>
      </w:tr>
      <w:tr w:rsidR="00937438" w14:paraId="100FE88E" w14:textId="77777777" w:rsidTr="00E66C1D">
        <w:trPr>
          <w:trHeight w:val="279"/>
        </w:trPr>
        <w:tc>
          <w:tcPr>
            <w:tcW w:w="4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1217B1" w14:textId="77777777" w:rsidR="00937438" w:rsidRDefault="00AB6269">
            <w:pPr>
              <w:jc w:val="center"/>
            </w:pPr>
            <w:r>
              <w:rPr>
                <w:b/>
                <w:sz w:val="28"/>
              </w:rPr>
              <w:t>↓</w:t>
            </w:r>
          </w:p>
        </w:tc>
        <w:tc>
          <w:tcPr>
            <w:tcW w:w="2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23C315" w14:textId="77777777" w:rsidR="00937438" w:rsidRDefault="00937438">
            <w:pPr>
              <w:jc w:val="center"/>
            </w:pPr>
          </w:p>
        </w:tc>
        <w:tc>
          <w:tcPr>
            <w:tcW w:w="2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FFD80B" w14:textId="77777777" w:rsidR="00937438" w:rsidRDefault="00937438">
            <w:pPr>
              <w:jc w:val="center"/>
            </w:pPr>
          </w:p>
        </w:tc>
      </w:tr>
      <w:tr w:rsidR="00937438" w14:paraId="57A91F22" w14:textId="77777777" w:rsidTr="00E66C1D">
        <w:trPr>
          <w:trHeight w:val="1224"/>
        </w:trPr>
        <w:tc>
          <w:tcPr>
            <w:tcW w:w="4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5938CC" w14:textId="77777777" w:rsidR="00937438" w:rsidRDefault="00AB6269">
            <w:r>
              <w:rPr>
                <w:sz w:val="16"/>
              </w:rPr>
              <w:t xml:space="preserve">Makine/ekipmanın müsaitlik, teknik durum, operatör ve iş </w:t>
            </w:r>
            <w:r>
              <w:rPr>
                <w:sz w:val="16"/>
              </w:rPr>
              <w:t>güvenliği koşullarının kontrol edilmesi</w:t>
            </w:r>
          </w:p>
        </w:tc>
        <w:tc>
          <w:tcPr>
            <w:tcW w:w="2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E4C033" w14:textId="77777777" w:rsidR="00937438" w:rsidRDefault="00AB6269">
            <w:r>
              <w:rPr>
                <w:sz w:val="16"/>
              </w:rPr>
              <w:t>İlgili Teknik Personel</w:t>
            </w:r>
          </w:p>
        </w:tc>
        <w:tc>
          <w:tcPr>
            <w:tcW w:w="2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AE596A" w14:textId="77777777" w:rsidR="00937438" w:rsidRDefault="00AB6269">
            <w:r>
              <w:rPr>
                <w:sz w:val="16"/>
              </w:rPr>
              <w:t>Bakım-kontrol kayıtları / Kullanım takvimi</w:t>
            </w:r>
          </w:p>
        </w:tc>
      </w:tr>
      <w:tr w:rsidR="00937438" w14:paraId="2A911341" w14:textId="77777777" w:rsidTr="00E66C1D">
        <w:trPr>
          <w:trHeight w:val="279"/>
        </w:trPr>
        <w:tc>
          <w:tcPr>
            <w:tcW w:w="4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1C3D36" w14:textId="77777777" w:rsidR="00937438" w:rsidRDefault="00AB6269">
            <w:pPr>
              <w:jc w:val="center"/>
            </w:pPr>
            <w:r>
              <w:rPr>
                <w:b/>
                <w:sz w:val="28"/>
              </w:rPr>
              <w:t>↓</w:t>
            </w:r>
          </w:p>
        </w:tc>
        <w:tc>
          <w:tcPr>
            <w:tcW w:w="2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64FCA2" w14:textId="77777777" w:rsidR="00937438" w:rsidRDefault="00937438">
            <w:pPr>
              <w:jc w:val="center"/>
            </w:pPr>
          </w:p>
        </w:tc>
        <w:tc>
          <w:tcPr>
            <w:tcW w:w="2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3CBFA5" w14:textId="77777777" w:rsidR="00937438" w:rsidRDefault="00937438">
            <w:pPr>
              <w:jc w:val="center"/>
            </w:pPr>
          </w:p>
        </w:tc>
      </w:tr>
      <w:tr w:rsidR="00937438" w14:paraId="0B04407B" w14:textId="77777777" w:rsidTr="00E66C1D">
        <w:trPr>
          <w:trHeight w:val="1224"/>
        </w:trPr>
        <w:tc>
          <w:tcPr>
            <w:tcW w:w="4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9C7743" w14:textId="77777777" w:rsidR="00937438" w:rsidRDefault="00AB6269">
            <w:r>
              <w:rPr>
                <w:sz w:val="16"/>
              </w:rPr>
              <w:t>Talebin ilgili mevzuat ve yetki sınırları çerçevesinde onaylanması veya gerekçesiyle reddedilmesi</w:t>
            </w:r>
          </w:p>
        </w:tc>
        <w:tc>
          <w:tcPr>
            <w:tcW w:w="2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980639" w14:textId="1154677B" w:rsidR="00937438" w:rsidRDefault="00AB6269">
            <w:r>
              <w:rPr>
                <w:sz w:val="16"/>
              </w:rPr>
              <w:t>Merkez Müdürlüğü</w:t>
            </w:r>
          </w:p>
        </w:tc>
        <w:tc>
          <w:tcPr>
            <w:tcW w:w="2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33C474" w14:textId="77777777" w:rsidR="00937438" w:rsidRDefault="00AB6269">
            <w:r>
              <w:rPr>
                <w:sz w:val="16"/>
              </w:rPr>
              <w:t>Onay / Ret bildirimi</w:t>
            </w:r>
          </w:p>
        </w:tc>
      </w:tr>
      <w:tr w:rsidR="00937438" w14:paraId="028C57AD" w14:textId="77777777" w:rsidTr="00E66C1D">
        <w:trPr>
          <w:trHeight w:val="279"/>
        </w:trPr>
        <w:tc>
          <w:tcPr>
            <w:tcW w:w="4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2A53D9" w14:textId="77777777" w:rsidR="00937438" w:rsidRDefault="00AB6269">
            <w:pPr>
              <w:jc w:val="center"/>
            </w:pPr>
            <w:r>
              <w:rPr>
                <w:b/>
                <w:sz w:val="28"/>
              </w:rPr>
              <w:t>↓</w:t>
            </w:r>
          </w:p>
        </w:tc>
        <w:tc>
          <w:tcPr>
            <w:tcW w:w="2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DF8945" w14:textId="77777777" w:rsidR="00937438" w:rsidRDefault="00937438">
            <w:pPr>
              <w:jc w:val="center"/>
            </w:pPr>
          </w:p>
        </w:tc>
        <w:tc>
          <w:tcPr>
            <w:tcW w:w="2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A1E2F2" w14:textId="77777777" w:rsidR="00937438" w:rsidRDefault="00937438">
            <w:pPr>
              <w:jc w:val="center"/>
            </w:pPr>
          </w:p>
        </w:tc>
      </w:tr>
      <w:tr w:rsidR="00937438" w14:paraId="1AF555C2" w14:textId="77777777" w:rsidTr="00E66C1D">
        <w:trPr>
          <w:trHeight w:val="1224"/>
        </w:trPr>
        <w:tc>
          <w:tcPr>
            <w:tcW w:w="4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0C41B1" w14:textId="77777777" w:rsidR="00937438" w:rsidRDefault="00AB6269">
            <w:r>
              <w:rPr>
                <w:sz w:val="16"/>
              </w:rPr>
              <w:t>Onaylanan kullanım için tarih ve koşulların bildirilmesi; makine/ekipmanın tutanakla teslimi veya görevlendirilmesi</w:t>
            </w:r>
          </w:p>
        </w:tc>
        <w:tc>
          <w:tcPr>
            <w:tcW w:w="2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4105D6" w14:textId="57F218BF" w:rsidR="00937438" w:rsidRDefault="00AB6269">
            <w:r>
              <w:rPr>
                <w:sz w:val="16"/>
              </w:rPr>
              <w:t>Merkez Müdürlüğü</w:t>
            </w:r>
          </w:p>
        </w:tc>
        <w:tc>
          <w:tcPr>
            <w:tcW w:w="2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89A7C0" w14:textId="77777777" w:rsidR="00937438" w:rsidRDefault="00AB6269">
            <w:r>
              <w:rPr>
                <w:sz w:val="16"/>
              </w:rPr>
              <w:t>Teslim tutanağı / Görevlendirme</w:t>
            </w:r>
          </w:p>
        </w:tc>
      </w:tr>
      <w:tr w:rsidR="00937438" w14:paraId="75964EF4" w14:textId="77777777" w:rsidTr="00E66C1D">
        <w:trPr>
          <w:trHeight w:val="279"/>
        </w:trPr>
        <w:tc>
          <w:tcPr>
            <w:tcW w:w="4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E7A142" w14:textId="77777777" w:rsidR="00937438" w:rsidRDefault="00AB6269">
            <w:pPr>
              <w:jc w:val="center"/>
            </w:pPr>
            <w:r>
              <w:rPr>
                <w:b/>
                <w:sz w:val="28"/>
              </w:rPr>
              <w:t>↓</w:t>
            </w:r>
          </w:p>
        </w:tc>
        <w:tc>
          <w:tcPr>
            <w:tcW w:w="2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223A24" w14:textId="77777777" w:rsidR="00937438" w:rsidRDefault="00937438">
            <w:pPr>
              <w:jc w:val="center"/>
            </w:pPr>
          </w:p>
        </w:tc>
        <w:tc>
          <w:tcPr>
            <w:tcW w:w="2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1D56C2" w14:textId="77777777" w:rsidR="00937438" w:rsidRDefault="00937438">
            <w:pPr>
              <w:jc w:val="center"/>
            </w:pPr>
          </w:p>
        </w:tc>
      </w:tr>
      <w:tr w:rsidR="00937438" w14:paraId="2D153F28" w14:textId="77777777" w:rsidTr="00E66C1D">
        <w:trPr>
          <w:trHeight w:val="1224"/>
        </w:trPr>
        <w:tc>
          <w:tcPr>
            <w:tcW w:w="4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5FD7DC" w14:textId="77777777" w:rsidR="00937438" w:rsidRDefault="00AB6269">
            <w:r>
              <w:rPr>
                <w:sz w:val="16"/>
              </w:rPr>
              <w:t>Kullanım sonrası makine/ekipmanın durumunun kontrol edilmesi, iade alınması ve kullan</w:t>
            </w:r>
            <w:r>
              <w:rPr>
                <w:sz w:val="16"/>
              </w:rPr>
              <w:t>ım kayıtlarının tamamlanması</w:t>
            </w:r>
          </w:p>
        </w:tc>
        <w:tc>
          <w:tcPr>
            <w:tcW w:w="2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E8D814" w14:textId="77777777" w:rsidR="00937438" w:rsidRDefault="00AB6269">
            <w:r>
              <w:rPr>
                <w:sz w:val="16"/>
              </w:rPr>
              <w:t>İlgili Teknik Personel / Merkez Müdürlüğü</w:t>
            </w:r>
          </w:p>
        </w:tc>
        <w:tc>
          <w:tcPr>
            <w:tcW w:w="2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B66A34" w14:textId="77777777" w:rsidR="00937438" w:rsidRDefault="00AB6269">
            <w:r>
              <w:rPr>
                <w:sz w:val="16"/>
              </w:rPr>
              <w:t>İade tutanağı / Kullanım kayıtları</w:t>
            </w:r>
          </w:p>
        </w:tc>
      </w:tr>
    </w:tbl>
    <w:p w14:paraId="2324BB86" w14:textId="77777777" w:rsidR="00937438" w:rsidRDefault="00937438"/>
    <w:sectPr w:rsidR="00937438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907" w:right="935" w:bottom="850" w:left="93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CD25E6" w14:textId="77777777" w:rsidR="00AB6269" w:rsidRDefault="00AB6269" w:rsidP="00E66C1D">
      <w:pPr>
        <w:spacing w:line="240" w:lineRule="auto"/>
      </w:pPr>
      <w:r>
        <w:separator/>
      </w:r>
    </w:p>
  </w:endnote>
  <w:endnote w:type="continuationSeparator" w:id="0">
    <w:p w14:paraId="0401048E" w14:textId="77777777" w:rsidR="00AB6269" w:rsidRDefault="00AB6269" w:rsidP="00E66C1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DAFCF3" w14:textId="77777777" w:rsidR="006A3929" w:rsidRDefault="006A392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655"/>
    </w:tblGrid>
    <w:tr w:rsidR="00E66C1D" w:rsidRPr="002660A0" w14:paraId="031295AD" w14:textId="77777777" w:rsidTr="00E66C1D">
      <w:tc>
        <w:tcPr>
          <w:tcW w:w="3259" w:type="dxa"/>
        </w:tcPr>
        <w:p w14:paraId="4CC05B4F" w14:textId="77777777" w:rsidR="00E66C1D" w:rsidRPr="002660A0" w:rsidRDefault="00E66C1D" w:rsidP="00E66C1D">
          <w:pPr>
            <w:pStyle w:val="NormalWeb"/>
            <w:jc w:val="center"/>
            <w:rPr>
              <w:rFonts w:ascii="Arial" w:hAnsi="Arial" w:cs="Arial"/>
              <w:szCs w:val="20"/>
            </w:rPr>
          </w:pPr>
          <w:r w:rsidRPr="002660A0">
            <w:rPr>
              <w:rFonts w:ascii="Arial" w:hAnsi="Arial" w:cs="Arial"/>
              <w:szCs w:val="20"/>
            </w:rPr>
            <w:t>Hazırlayan</w:t>
          </w:r>
        </w:p>
      </w:tc>
      <w:tc>
        <w:tcPr>
          <w:tcW w:w="3259" w:type="dxa"/>
        </w:tcPr>
        <w:p w14:paraId="0A7BCDA1" w14:textId="77777777" w:rsidR="00E66C1D" w:rsidRPr="002660A0" w:rsidRDefault="00E66C1D" w:rsidP="00E66C1D">
          <w:pPr>
            <w:pStyle w:val="NormalWeb"/>
            <w:jc w:val="center"/>
            <w:rPr>
              <w:rFonts w:ascii="Arial" w:hAnsi="Arial" w:cs="Arial"/>
              <w:szCs w:val="20"/>
            </w:rPr>
          </w:pPr>
          <w:r w:rsidRPr="002660A0">
            <w:rPr>
              <w:rFonts w:ascii="Arial" w:hAnsi="Arial" w:cs="Arial"/>
              <w:szCs w:val="20"/>
            </w:rPr>
            <w:t>Sistem Onayı</w:t>
          </w:r>
        </w:p>
      </w:tc>
      <w:tc>
        <w:tcPr>
          <w:tcW w:w="3655" w:type="dxa"/>
        </w:tcPr>
        <w:p w14:paraId="4A8C4A7E" w14:textId="77777777" w:rsidR="00E66C1D" w:rsidRPr="002660A0" w:rsidRDefault="00E66C1D" w:rsidP="00E66C1D">
          <w:pPr>
            <w:pStyle w:val="NormalWeb"/>
            <w:jc w:val="center"/>
            <w:rPr>
              <w:rFonts w:ascii="Arial" w:hAnsi="Arial" w:cs="Arial"/>
              <w:szCs w:val="20"/>
            </w:rPr>
          </w:pPr>
          <w:r w:rsidRPr="002660A0">
            <w:rPr>
              <w:rFonts w:ascii="Arial" w:hAnsi="Arial" w:cs="Arial"/>
              <w:szCs w:val="20"/>
            </w:rPr>
            <w:t>Yürürlük Onayı</w:t>
          </w:r>
        </w:p>
      </w:tc>
    </w:tr>
    <w:tr w:rsidR="00E66C1D" w:rsidRPr="002660A0" w14:paraId="2E4B8AEC" w14:textId="77777777" w:rsidTr="00E66C1D">
      <w:trPr>
        <w:trHeight w:val="1002"/>
      </w:trPr>
      <w:tc>
        <w:tcPr>
          <w:tcW w:w="3259" w:type="dxa"/>
        </w:tcPr>
        <w:p w14:paraId="7B04AF6A" w14:textId="77777777" w:rsidR="00E66C1D" w:rsidRPr="002660A0" w:rsidRDefault="00E66C1D" w:rsidP="00E66C1D">
          <w:pPr>
            <w:pStyle w:val="NormalWeb"/>
            <w:jc w:val="center"/>
            <w:rPr>
              <w:rFonts w:ascii="Calibri" w:hAnsi="Calibri"/>
              <w:szCs w:val="20"/>
            </w:rPr>
          </w:pPr>
          <w:r w:rsidRPr="002660A0">
            <w:rPr>
              <w:rFonts w:ascii="Calibri" w:hAnsi="Calibri"/>
              <w:szCs w:val="20"/>
            </w:rPr>
            <w:t xml:space="preserve"> Birim Yetkilisi</w:t>
          </w:r>
        </w:p>
        <w:p w14:paraId="7DCA5DBB" w14:textId="77777777" w:rsidR="00E66C1D" w:rsidRPr="002660A0" w:rsidRDefault="00E66C1D" w:rsidP="00E66C1D">
          <w:pPr>
            <w:pStyle w:val="NormalWeb"/>
            <w:jc w:val="center"/>
            <w:rPr>
              <w:rFonts w:ascii="Calibri" w:hAnsi="Calibri"/>
              <w:szCs w:val="20"/>
            </w:rPr>
          </w:pPr>
        </w:p>
      </w:tc>
      <w:tc>
        <w:tcPr>
          <w:tcW w:w="3259" w:type="dxa"/>
        </w:tcPr>
        <w:p w14:paraId="577AD92D" w14:textId="77777777" w:rsidR="00E66C1D" w:rsidRPr="002660A0" w:rsidRDefault="00E66C1D" w:rsidP="00E66C1D">
          <w:pPr>
            <w:pStyle w:val="NormalWeb"/>
            <w:jc w:val="center"/>
            <w:rPr>
              <w:rFonts w:ascii="Calibri" w:hAnsi="Calibri"/>
              <w:szCs w:val="20"/>
            </w:rPr>
          </w:pPr>
          <w:r w:rsidRPr="002660A0">
            <w:rPr>
              <w:rFonts w:ascii="Calibri" w:hAnsi="Calibri"/>
              <w:szCs w:val="20"/>
            </w:rPr>
            <w:t xml:space="preserve">Kalite Koordinatörlüğü </w:t>
          </w:r>
        </w:p>
        <w:p w14:paraId="1EEA7222" w14:textId="77777777" w:rsidR="00E66C1D" w:rsidRPr="002660A0" w:rsidRDefault="00E66C1D" w:rsidP="00E66C1D">
          <w:pPr>
            <w:pStyle w:val="NormalWeb"/>
            <w:jc w:val="center"/>
            <w:rPr>
              <w:rFonts w:ascii="Calibri" w:hAnsi="Calibri"/>
              <w:szCs w:val="20"/>
            </w:rPr>
          </w:pPr>
        </w:p>
      </w:tc>
      <w:tc>
        <w:tcPr>
          <w:tcW w:w="3655" w:type="dxa"/>
        </w:tcPr>
        <w:p w14:paraId="23295393" w14:textId="77777777" w:rsidR="00E66C1D" w:rsidRPr="002660A0" w:rsidRDefault="00E66C1D" w:rsidP="00E66C1D">
          <w:pPr>
            <w:pStyle w:val="NormalWeb"/>
            <w:jc w:val="center"/>
            <w:rPr>
              <w:rFonts w:ascii="Calibri" w:hAnsi="Calibri"/>
              <w:snapToGrid w:val="0"/>
              <w:szCs w:val="20"/>
            </w:rPr>
          </w:pPr>
          <w:r w:rsidRPr="002660A0">
            <w:rPr>
              <w:rFonts w:ascii="Calibri" w:hAnsi="Calibri"/>
              <w:snapToGrid w:val="0"/>
              <w:szCs w:val="20"/>
            </w:rPr>
            <w:t>Rektör</w:t>
          </w:r>
        </w:p>
        <w:p w14:paraId="03780459" w14:textId="77777777" w:rsidR="00E66C1D" w:rsidRPr="002660A0" w:rsidRDefault="00E66C1D" w:rsidP="00E66C1D">
          <w:pPr>
            <w:pStyle w:val="NormalWeb"/>
            <w:jc w:val="center"/>
            <w:rPr>
              <w:rFonts w:ascii="Calibri" w:hAnsi="Calibri"/>
              <w:szCs w:val="20"/>
            </w:rPr>
          </w:pPr>
        </w:p>
      </w:tc>
    </w:tr>
  </w:tbl>
  <w:p w14:paraId="231D493E" w14:textId="598B1FE1" w:rsidR="00E66C1D" w:rsidRPr="00151E02" w:rsidRDefault="00E66C1D" w:rsidP="00E66C1D">
    <w:pPr>
      <w:pStyle w:val="a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>(Form No:SİÜ.;</w:t>
    </w:r>
    <w:r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  <w:szCs w:val="16"/>
      </w:rPr>
      <w:tab/>
      <w:t>Revizyon Tarihi:</w:t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</w:rPr>
      <w:t>Revizyon: 00)</w:t>
    </w:r>
  </w:p>
  <w:p w14:paraId="325AD26E" w14:textId="77777777" w:rsidR="00E66C1D" w:rsidRDefault="00E66C1D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4551C2" w14:textId="77777777" w:rsidR="006A3929" w:rsidRDefault="006A392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5ACFA8" w14:textId="77777777" w:rsidR="00AB6269" w:rsidRDefault="00AB6269" w:rsidP="00E66C1D">
      <w:pPr>
        <w:spacing w:line="240" w:lineRule="auto"/>
      </w:pPr>
      <w:r>
        <w:separator/>
      </w:r>
    </w:p>
  </w:footnote>
  <w:footnote w:type="continuationSeparator" w:id="0">
    <w:p w14:paraId="3183F9E8" w14:textId="77777777" w:rsidR="00AB6269" w:rsidRDefault="00AB6269" w:rsidP="00E66C1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6244E9" w14:textId="77777777" w:rsidR="006A3929" w:rsidRDefault="006A392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152" w:type="dxa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43"/>
      <w:gridCol w:w="6085"/>
      <w:gridCol w:w="1763"/>
      <w:gridCol w:w="1561"/>
    </w:tblGrid>
    <w:tr w:rsidR="00D8524F" w:rsidRPr="00151E02" w14:paraId="56D74A38" w14:textId="77777777" w:rsidTr="000D7CD0">
      <w:trPr>
        <w:trHeight w:val="242"/>
      </w:trPr>
      <w:tc>
        <w:tcPr>
          <w:tcW w:w="1743" w:type="dxa"/>
          <w:vMerge w:val="restart"/>
          <w:vAlign w:val="center"/>
        </w:tcPr>
        <w:p w14:paraId="6A7860B6" w14:textId="77777777" w:rsidR="00D8524F" w:rsidRPr="00A22E0A" w:rsidRDefault="00D8524F" w:rsidP="00D8524F">
          <w:pPr>
            <w:pStyle w:val="a"/>
            <w:jc w:val="center"/>
            <w:rPr>
              <w:rFonts w:ascii="Arial" w:hAnsi="Arial" w:cs="Arial"/>
            </w:rPr>
          </w:pPr>
          <w:bookmarkStart w:id="0" w:name="_GoBack" w:colFirst="3" w:colLast="3"/>
          <w:r>
            <w:rPr>
              <w:rFonts w:ascii="Arial" w:hAnsi="Arial" w:cs="Arial"/>
              <w:noProof/>
              <w:lang w:val="tr-TR" w:eastAsia="tr-TR"/>
            </w:rPr>
            <w:drawing>
              <wp:inline distT="0" distB="0" distL="0" distR="0" wp14:anchorId="18D41DE2" wp14:editId="1C8B1975">
                <wp:extent cx="690880" cy="956945"/>
                <wp:effectExtent l="0" t="0" r="0" b="0"/>
                <wp:docPr id="35829842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0880" cy="956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85" w:type="dxa"/>
          <w:vMerge w:val="restart"/>
          <w:vAlign w:val="center"/>
        </w:tcPr>
        <w:p w14:paraId="27231D54" w14:textId="191B879C" w:rsidR="00D8524F" w:rsidRDefault="00D8524F" w:rsidP="00D8524F">
          <w:pPr>
            <w:pStyle w:val="a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MAKİNA EKİPMAN KULLANIM TALEPLERİ</w:t>
          </w:r>
        </w:p>
        <w:p w14:paraId="0928F8FC" w14:textId="77777777" w:rsidR="00D8524F" w:rsidRPr="00A22E0A" w:rsidRDefault="00D8524F" w:rsidP="00D8524F">
          <w:pPr>
            <w:pStyle w:val="a"/>
            <w:rPr>
              <w:rFonts w:ascii="Arial" w:hAnsi="Arial" w:cs="Arial"/>
              <w:b/>
              <w:sz w:val="28"/>
            </w:rPr>
          </w:pPr>
        </w:p>
        <w:p w14:paraId="03E48A62" w14:textId="77777777" w:rsidR="00D8524F" w:rsidRPr="00A22E0A" w:rsidRDefault="00D8524F" w:rsidP="00D8524F">
          <w:pPr>
            <w:pStyle w:val="a"/>
            <w:jc w:val="center"/>
            <w:rPr>
              <w:rFonts w:ascii="Arial" w:hAnsi="Arial" w:cs="Arial"/>
              <w:b/>
            </w:rPr>
          </w:pPr>
          <w:r w:rsidRPr="00A22E0A">
            <w:rPr>
              <w:rFonts w:ascii="Arial" w:hAnsi="Arial" w:cs="Arial"/>
              <w:b/>
              <w:sz w:val="28"/>
            </w:rPr>
            <w:t>İŞ AKIŞ</w:t>
          </w:r>
          <w:r>
            <w:rPr>
              <w:rFonts w:ascii="Arial" w:hAnsi="Arial" w:cs="Arial"/>
              <w:b/>
              <w:sz w:val="28"/>
            </w:rPr>
            <w:t>I</w:t>
          </w:r>
        </w:p>
      </w:tc>
      <w:tc>
        <w:tcPr>
          <w:tcW w:w="1763" w:type="dxa"/>
          <w:vAlign w:val="center"/>
        </w:tcPr>
        <w:p w14:paraId="719D72DE" w14:textId="77777777" w:rsidR="00D8524F" w:rsidRPr="00A22E0A" w:rsidRDefault="00D8524F" w:rsidP="00D8524F">
          <w:pPr>
            <w:pStyle w:val="a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561" w:type="dxa"/>
        </w:tcPr>
        <w:p w14:paraId="404CA15D" w14:textId="37040BB5" w:rsidR="00D8524F" w:rsidRPr="00D8524F" w:rsidRDefault="00D8524F" w:rsidP="00D8524F">
          <w:pPr>
            <w:pStyle w:val="a"/>
            <w:rPr>
              <w:rFonts w:ascii="Times New Roman" w:hAnsi="Times New Roman" w:cs="Times New Roman"/>
              <w:b/>
              <w:sz w:val="18"/>
            </w:rPr>
          </w:pPr>
          <w:r w:rsidRPr="00D8524F">
            <w:rPr>
              <w:rFonts w:ascii="Times New Roman" w:hAnsi="Times New Roman" w:cs="Times New Roman"/>
              <w:b/>
            </w:rPr>
            <w:t>SİÜ.İA-453</w:t>
          </w:r>
        </w:p>
      </w:tc>
    </w:tr>
    <w:tr w:rsidR="00D8524F" w:rsidRPr="00151E02" w14:paraId="0E7262A4" w14:textId="77777777" w:rsidTr="000D7CD0">
      <w:trPr>
        <w:trHeight w:val="242"/>
      </w:trPr>
      <w:tc>
        <w:tcPr>
          <w:tcW w:w="1743" w:type="dxa"/>
          <w:vMerge/>
          <w:vAlign w:val="center"/>
        </w:tcPr>
        <w:p w14:paraId="1C473397" w14:textId="77777777" w:rsidR="00D8524F" w:rsidRPr="00A22E0A" w:rsidRDefault="00D8524F" w:rsidP="00D8524F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6085" w:type="dxa"/>
          <w:vMerge/>
          <w:vAlign w:val="center"/>
        </w:tcPr>
        <w:p w14:paraId="7292FB3F" w14:textId="77777777" w:rsidR="00D8524F" w:rsidRPr="00A22E0A" w:rsidRDefault="00D8524F" w:rsidP="00D8524F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1763" w:type="dxa"/>
          <w:vAlign w:val="center"/>
        </w:tcPr>
        <w:p w14:paraId="0BBDA676" w14:textId="77777777" w:rsidR="00D8524F" w:rsidRPr="00A22E0A" w:rsidRDefault="00D8524F" w:rsidP="00D8524F">
          <w:pPr>
            <w:pStyle w:val="a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561" w:type="dxa"/>
        </w:tcPr>
        <w:p w14:paraId="05A7B90A" w14:textId="02C37451" w:rsidR="00D8524F" w:rsidRPr="00D8524F" w:rsidRDefault="00D8524F" w:rsidP="00D8524F">
          <w:pPr>
            <w:pStyle w:val="a"/>
            <w:rPr>
              <w:rFonts w:ascii="Times New Roman" w:hAnsi="Times New Roman" w:cs="Times New Roman"/>
              <w:b/>
              <w:sz w:val="18"/>
            </w:rPr>
          </w:pPr>
          <w:r w:rsidRPr="00D8524F">
            <w:rPr>
              <w:rFonts w:ascii="Times New Roman" w:hAnsi="Times New Roman" w:cs="Times New Roman"/>
              <w:b/>
            </w:rPr>
            <w:t>26.10.2026</w:t>
          </w:r>
        </w:p>
      </w:tc>
    </w:tr>
    <w:bookmarkEnd w:id="0"/>
    <w:tr w:rsidR="00E66C1D" w:rsidRPr="00151E02" w14:paraId="7B9CB2A0" w14:textId="77777777" w:rsidTr="00E66C1D">
      <w:trPr>
        <w:trHeight w:val="242"/>
      </w:trPr>
      <w:tc>
        <w:tcPr>
          <w:tcW w:w="1743" w:type="dxa"/>
          <w:vMerge/>
          <w:vAlign w:val="center"/>
        </w:tcPr>
        <w:p w14:paraId="553EF549" w14:textId="77777777" w:rsidR="00E66C1D" w:rsidRPr="00A22E0A" w:rsidRDefault="00E66C1D" w:rsidP="00E66C1D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6085" w:type="dxa"/>
          <w:vMerge/>
          <w:vAlign w:val="center"/>
        </w:tcPr>
        <w:p w14:paraId="6B54C4D6" w14:textId="77777777" w:rsidR="00E66C1D" w:rsidRPr="00A22E0A" w:rsidRDefault="00E66C1D" w:rsidP="00E66C1D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1763" w:type="dxa"/>
          <w:vAlign w:val="center"/>
        </w:tcPr>
        <w:p w14:paraId="2E104559" w14:textId="77777777" w:rsidR="00E66C1D" w:rsidRPr="00A22E0A" w:rsidRDefault="00E66C1D" w:rsidP="00E66C1D">
          <w:pPr>
            <w:pStyle w:val="a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561" w:type="dxa"/>
          <w:vAlign w:val="center"/>
        </w:tcPr>
        <w:p w14:paraId="414127B2" w14:textId="77777777" w:rsidR="00E66C1D" w:rsidRPr="00A22E0A" w:rsidRDefault="00E66C1D" w:rsidP="00E66C1D">
          <w:pPr>
            <w:pStyle w:val="a"/>
            <w:rPr>
              <w:rFonts w:ascii="Arial" w:hAnsi="Arial" w:cs="Arial"/>
              <w:b/>
              <w:sz w:val="18"/>
            </w:rPr>
          </w:pPr>
        </w:p>
      </w:tc>
    </w:tr>
    <w:tr w:rsidR="00E66C1D" w:rsidRPr="00151E02" w14:paraId="07BF413C" w14:textId="77777777" w:rsidTr="00E66C1D">
      <w:trPr>
        <w:trHeight w:val="242"/>
      </w:trPr>
      <w:tc>
        <w:tcPr>
          <w:tcW w:w="1743" w:type="dxa"/>
          <w:vMerge/>
          <w:vAlign w:val="center"/>
        </w:tcPr>
        <w:p w14:paraId="457D9198" w14:textId="77777777" w:rsidR="00E66C1D" w:rsidRPr="00A22E0A" w:rsidRDefault="00E66C1D" w:rsidP="00E66C1D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6085" w:type="dxa"/>
          <w:vMerge/>
          <w:vAlign w:val="center"/>
        </w:tcPr>
        <w:p w14:paraId="7D475C97" w14:textId="77777777" w:rsidR="00E66C1D" w:rsidRPr="00A22E0A" w:rsidRDefault="00E66C1D" w:rsidP="00E66C1D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1763" w:type="dxa"/>
          <w:vAlign w:val="center"/>
        </w:tcPr>
        <w:p w14:paraId="35B80E08" w14:textId="77777777" w:rsidR="00E66C1D" w:rsidRPr="00A22E0A" w:rsidRDefault="00E66C1D" w:rsidP="00E66C1D">
          <w:pPr>
            <w:pStyle w:val="a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561" w:type="dxa"/>
          <w:vAlign w:val="center"/>
        </w:tcPr>
        <w:p w14:paraId="70FF2870" w14:textId="77777777" w:rsidR="00E66C1D" w:rsidRPr="00A22E0A" w:rsidRDefault="00E66C1D" w:rsidP="00E66C1D">
          <w:pPr>
            <w:pStyle w:val="a"/>
            <w:rPr>
              <w:rFonts w:ascii="Arial" w:hAnsi="Arial" w:cs="Arial"/>
              <w:b/>
              <w:sz w:val="18"/>
            </w:rPr>
          </w:pPr>
        </w:p>
      </w:tc>
    </w:tr>
    <w:tr w:rsidR="00E66C1D" w:rsidRPr="00151E02" w14:paraId="59A13752" w14:textId="77777777" w:rsidTr="00E66C1D">
      <w:trPr>
        <w:trHeight w:val="242"/>
      </w:trPr>
      <w:tc>
        <w:tcPr>
          <w:tcW w:w="1743" w:type="dxa"/>
          <w:vMerge/>
          <w:vAlign w:val="center"/>
        </w:tcPr>
        <w:p w14:paraId="4F3647AE" w14:textId="77777777" w:rsidR="00E66C1D" w:rsidRPr="00A22E0A" w:rsidRDefault="00E66C1D" w:rsidP="00E66C1D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6085" w:type="dxa"/>
          <w:vMerge/>
          <w:vAlign w:val="center"/>
        </w:tcPr>
        <w:p w14:paraId="7068B07B" w14:textId="77777777" w:rsidR="00E66C1D" w:rsidRPr="00A22E0A" w:rsidRDefault="00E66C1D" w:rsidP="00E66C1D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1763" w:type="dxa"/>
          <w:vAlign w:val="center"/>
        </w:tcPr>
        <w:p w14:paraId="7B474974" w14:textId="77777777" w:rsidR="00E66C1D" w:rsidRPr="00A22E0A" w:rsidRDefault="00E66C1D" w:rsidP="00E66C1D">
          <w:pPr>
            <w:pStyle w:val="a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Sayfa</w:t>
          </w:r>
        </w:p>
      </w:tc>
      <w:tc>
        <w:tcPr>
          <w:tcW w:w="1561" w:type="dxa"/>
          <w:vAlign w:val="center"/>
        </w:tcPr>
        <w:p w14:paraId="78D9E132" w14:textId="3F8284BD" w:rsidR="00E66C1D" w:rsidRPr="00A22E0A" w:rsidRDefault="00E66C1D" w:rsidP="00E66C1D">
          <w:pPr>
            <w:pStyle w:val="a"/>
            <w:rPr>
              <w:rFonts w:ascii="Arial" w:hAnsi="Arial" w:cs="Arial"/>
              <w:b/>
              <w:sz w:val="18"/>
            </w:rPr>
          </w:pPr>
          <w:r w:rsidRPr="00A22E0A">
            <w:rPr>
              <w:rFonts w:ascii="Arial" w:hAnsi="Arial" w:cs="Arial"/>
              <w:b/>
              <w:sz w:val="18"/>
            </w:rPr>
            <w:fldChar w:fldCharType="begin"/>
          </w:r>
          <w:r w:rsidRPr="00A22E0A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22E0A">
            <w:rPr>
              <w:rFonts w:ascii="Arial" w:hAnsi="Arial" w:cs="Arial"/>
              <w:b/>
              <w:sz w:val="18"/>
            </w:rPr>
            <w:fldChar w:fldCharType="separate"/>
          </w:r>
          <w:r w:rsidR="00D8524F">
            <w:rPr>
              <w:rFonts w:ascii="Arial" w:hAnsi="Arial" w:cs="Arial"/>
              <w:b/>
              <w:noProof/>
              <w:sz w:val="18"/>
            </w:rPr>
            <w:t>1</w:t>
          </w:r>
          <w:r w:rsidRPr="00A22E0A">
            <w:rPr>
              <w:rFonts w:ascii="Arial" w:hAnsi="Arial" w:cs="Arial"/>
              <w:b/>
              <w:sz w:val="18"/>
            </w:rPr>
            <w:fldChar w:fldCharType="end"/>
          </w:r>
          <w:r w:rsidRPr="00A22E0A">
            <w:rPr>
              <w:rFonts w:ascii="Arial" w:hAnsi="Arial" w:cs="Arial"/>
              <w:b/>
              <w:sz w:val="18"/>
            </w:rPr>
            <w:t>/</w:t>
          </w:r>
          <w:r w:rsidRPr="00A22E0A">
            <w:rPr>
              <w:rFonts w:ascii="Arial" w:hAnsi="Arial" w:cs="Arial"/>
              <w:b/>
              <w:sz w:val="18"/>
            </w:rPr>
            <w:fldChar w:fldCharType="begin"/>
          </w:r>
          <w:r w:rsidRPr="00A22E0A">
            <w:rPr>
              <w:rFonts w:ascii="Arial" w:hAnsi="Arial" w:cs="Arial"/>
              <w:b/>
              <w:sz w:val="18"/>
            </w:rPr>
            <w:instrText xml:space="preserve"> NUMPAGES   \* MERGEFORMAT </w:instrText>
          </w:r>
          <w:r w:rsidRPr="00A22E0A">
            <w:rPr>
              <w:rFonts w:ascii="Arial" w:hAnsi="Arial" w:cs="Arial"/>
              <w:b/>
              <w:sz w:val="18"/>
            </w:rPr>
            <w:fldChar w:fldCharType="separate"/>
          </w:r>
          <w:r w:rsidR="00D8524F">
            <w:rPr>
              <w:rFonts w:ascii="Arial" w:hAnsi="Arial" w:cs="Arial"/>
              <w:b/>
              <w:noProof/>
              <w:sz w:val="18"/>
            </w:rPr>
            <w:t>1</w:t>
          </w:r>
          <w:r w:rsidRPr="00A22E0A">
            <w:rPr>
              <w:rFonts w:ascii="Arial" w:hAnsi="Arial" w:cs="Arial"/>
              <w:b/>
              <w:sz w:val="18"/>
            </w:rPr>
            <w:fldChar w:fldCharType="end"/>
          </w:r>
        </w:p>
      </w:tc>
    </w:tr>
  </w:tbl>
  <w:p w14:paraId="608ED1FF" w14:textId="77777777" w:rsidR="00E66C1D" w:rsidRDefault="00E66C1D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B4FB78" w14:textId="77777777" w:rsidR="006A3929" w:rsidRDefault="006A392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637D0"/>
    <w:rsid w:val="0029639D"/>
    <w:rsid w:val="00326F90"/>
    <w:rsid w:val="00384069"/>
    <w:rsid w:val="004D309C"/>
    <w:rsid w:val="006A3929"/>
    <w:rsid w:val="00937438"/>
    <w:rsid w:val="00AA1D8D"/>
    <w:rsid w:val="00AB6269"/>
    <w:rsid w:val="00B47730"/>
    <w:rsid w:val="00CB0664"/>
    <w:rsid w:val="00D8524F"/>
    <w:rsid w:val="00E66C1D"/>
    <w:rsid w:val="00F83AD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45DC81F"/>
  <w14:defaultImageDpi w14:val="300"/>
  <w15:docId w15:val="{D72644C1-E353-47AB-A70F-A2DEBDD26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18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a">
    <w:basedOn w:val="Normal"/>
    <w:next w:val="stBilgi"/>
    <w:link w:val="stbilgiChar0"/>
    <w:uiPriority w:val="99"/>
    <w:unhideWhenUsed/>
    <w:rsid w:val="00E66C1D"/>
    <w:pPr>
      <w:tabs>
        <w:tab w:val="center" w:pos="4536"/>
        <w:tab w:val="right" w:pos="9072"/>
      </w:tabs>
      <w:spacing w:line="240" w:lineRule="auto"/>
    </w:pPr>
    <w:rPr>
      <w:rFonts w:asciiTheme="minorHAnsi" w:hAnsiTheme="minorHAnsi"/>
      <w:sz w:val="22"/>
    </w:rPr>
  </w:style>
  <w:style w:type="character" w:customStyle="1" w:styleId="stbilgiChar0">
    <w:name w:val="Üstbilgi Char"/>
    <w:basedOn w:val="VarsaylanParagrafYazTipi"/>
    <w:link w:val="a"/>
    <w:uiPriority w:val="99"/>
    <w:rsid w:val="00E66C1D"/>
  </w:style>
  <w:style w:type="paragraph" w:styleId="NormalWeb">
    <w:name w:val="Normal (Web)"/>
    <w:basedOn w:val="Normal"/>
    <w:uiPriority w:val="99"/>
    <w:unhideWhenUsed/>
    <w:rsid w:val="00E66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F993B6E-7DF6-4F6F-845B-257E3BAFA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1054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Bilgisayar</cp:lastModifiedBy>
  <cp:revision>5</cp:revision>
  <dcterms:created xsi:type="dcterms:W3CDTF">2013-12-23T23:15:00Z</dcterms:created>
  <dcterms:modified xsi:type="dcterms:W3CDTF">2026-10-26T07:57:00Z</dcterms:modified>
  <cp:category/>
</cp:coreProperties>
</file>