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0BBB7" w14:textId="77777777" w:rsidR="00DA6845" w:rsidRDefault="00DA6845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41"/>
        <w:gridCol w:w="2807"/>
        <w:gridCol w:w="2807"/>
      </w:tblGrid>
      <w:tr w:rsidR="00DA6845" w14:paraId="148BF70B" w14:textId="77777777" w:rsidTr="00550CFD">
        <w:trPr>
          <w:trHeight w:val="231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E2536" w14:textId="77777777" w:rsidR="00DA6845" w:rsidRDefault="00E26B31">
            <w:pPr>
              <w:jc w:val="center"/>
            </w:pPr>
            <w:r>
              <w:rPr>
                <w:b/>
              </w:rPr>
              <w:t>İş Akışı Adımları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66F45" w14:textId="77777777" w:rsidR="00DA6845" w:rsidRDefault="00E26B31">
            <w:pPr>
              <w:jc w:val="center"/>
            </w:pPr>
            <w:r>
              <w:rPr>
                <w:b/>
              </w:rPr>
              <w:t>Sorumlu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77E11" w14:textId="77777777" w:rsidR="00DA6845" w:rsidRDefault="00E26B31">
            <w:pPr>
              <w:jc w:val="center"/>
            </w:pPr>
            <w:r>
              <w:rPr>
                <w:b/>
              </w:rPr>
              <w:t>İlgili Dokümanlar</w:t>
            </w:r>
          </w:p>
        </w:tc>
      </w:tr>
      <w:tr w:rsidR="00DA6845" w14:paraId="7FFE1E5D" w14:textId="77777777" w:rsidTr="00550CFD">
        <w:trPr>
          <w:trHeight w:val="1176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1228F" w14:textId="77777777" w:rsidR="00DA6845" w:rsidRDefault="00E26B31">
            <w:pPr>
              <w:jc w:val="center"/>
            </w:pPr>
            <w:r>
              <w:rPr>
                <w:sz w:val="16"/>
              </w:rPr>
              <w:t>Üretim dönemi öncesinde mevcut tarım alanları, altyapı, makine-ekipman ve personel olanaklarının değerlendirilmesi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7AAD1" w14:textId="0EDF9B4D" w:rsidR="00DA6845" w:rsidRDefault="00E26B31">
            <w:pPr>
              <w:jc w:val="center"/>
            </w:pPr>
            <w:r>
              <w:rPr>
                <w:sz w:val="16"/>
              </w:rPr>
              <w:t>Merkez Müdürlüğü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0F470" w14:textId="77777777" w:rsidR="00DA6845" w:rsidRDefault="00E26B31">
            <w:pPr>
              <w:jc w:val="center"/>
            </w:pPr>
            <w:r>
              <w:rPr>
                <w:sz w:val="16"/>
              </w:rPr>
              <w:t>Arazi ve envanter kayıtları</w:t>
            </w:r>
          </w:p>
        </w:tc>
      </w:tr>
      <w:tr w:rsidR="00DA6845" w14:paraId="25761A10" w14:textId="77777777" w:rsidTr="00550CFD">
        <w:trPr>
          <w:trHeight w:val="268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FC008" w14:textId="77777777" w:rsidR="00DA6845" w:rsidRDefault="00E26B3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D6E29F" w14:textId="77777777" w:rsidR="00DA6845" w:rsidRDefault="00DA6845">
            <w:pPr>
              <w:jc w:val="center"/>
            </w:pP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0E74D" w14:textId="77777777" w:rsidR="00DA6845" w:rsidRDefault="00DA6845">
            <w:pPr>
              <w:jc w:val="center"/>
            </w:pPr>
          </w:p>
        </w:tc>
      </w:tr>
      <w:tr w:rsidR="00DA6845" w14:paraId="575012BC" w14:textId="77777777" w:rsidTr="00550CFD">
        <w:trPr>
          <w:trHeight w:val="1176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2AE48" w14:textId="77777777" w:rsidR="00DA6845" w:rsidRDefault="00E26B31">
            <w:pPr>
              <w:jc w:val="center"/>
            </w:pPr>
            <w:r>
              <w:rPr>
                <w:sz w:val="16"/>
              </w:rPr>
              <w:t xml:space="preserve">Üretim hedeflerinin, ürün deseninin ve </w:t>
            </w:r>
            <w:r>
              <w:rPr>
                <w:sz w:val="16"/>
              </w:rPr>
              <w:t>tahmini ekim-dikim takviminin belirlenmesi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4CB29" w14:textId="58454242" w:rsidR="00DA6845" w:rsidRDefault="00E26B31">
            <w:pPr>
              <w:jc w:val="center"/>
            </w:pPr>
            <w:r>
              <w:rPr>
                <w:sz w:val="16"/>
              </w:rPr>
              <w:t xml:space="preserve">Merkez </w:t>
            </w:r>
            <w:r w:rsidR="009745B9">
              <w:rPr>
                <w:sz w:val="16"/>
              </w:rPr>
              <w:t>Yönetim Kurulu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2B6EB" w14:textId="77777777" w:rsidR="00DA6845" w:rsidRDefault="00E26B31">
            <w:pPr>
              <w:jc w:val="center"/>
            </w:pPr>
            <w:r>
              <w:rPr>
                <w:sz w:val="16"/>
              </w:rPr>
              <w:t>Önceki dönem faaliyet kayıtları</w:t>
            </w:r>
          </w:p>
        </w:tc>
      </w:tr>
      <w:tr w:rsidR="00DA6845" w14:paraId="66C9E390" w14:textId="77777777" w:rsidTr="00550CFD">
        <w:trPr>
          <w:trHeight w:val="268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BAD6F" w14:textId="77777777" w:rsidR="00DA6845" w:rsidRDefault="00E26B3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694DD2" w14:textId="77777777" w:rsidR="00DA6845" w:rsidRDefault="00DA6845">
            <w:pPr>
              <w:jc w:val="center"/>
            </w:pP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B4A9B" w14:textId="77777777" w:rsidR="00DA6845" w:rsidRDefault="00DA6845">
            <w:pPr>
              <w:jc w:val="center"/>
            </w:pPr>
          </w:p>
        </w:tc>
      </w:tr>
      <w:tr w:rsidR="00DA6845" w14:paraId="492EEA36" w14:textId="77777777" w:rsidTr="00550CFD">
        <w:trPr>
          <w:trHeight w:val="1176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C018C" w14:textId="77777777" w:rsidR="00DA6845" w:rsidRDefault="00E26B31">
            <w:pPr>
              <w:jc w:val="center"/>
            </w:pPr>
            <w:r>
              <w:rPr>
                <w:sz w:val="16"/>
              </w:rPr>
              <w:t>Tohum, gübre, sulama, iş gücü ve diğer girdi ihtiyaçlarının belirlenerek taslak üretim planının hazırlanması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449D4" w14:textId="5467A56D" w:rsidR="00DA6845" w:rsidRDefault="009745B9">
            <w:pPr>
              <w:jc w:val="center"/>
            </w:pPr>
            <w:r>
              <w:rPr>
                <w:sz w:val="16"/>
              </w:rPr>
              <w:t>Merkez Yönetim Kurulu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1080F" w14:textId="77777777" w:rsidR="00DA6845" w:rsidRDefault="00E26B31">
            <w:pPr>
              <w:jc w:val="center"/>
            </w:pPr>
            <w:r>
              <w:rPr>
                <w:sz w:val="16"/>
              </w:rPr>
              <w:t xml:space="preserve">Taslak üretim planı / </w:t>
            </w:r>
            <w:r>
              <w:rPr>
                <w:sz w:val="16"/>
              </w:rPr>
              <w:t>İhtiyaç listesi</w:t>
            </w:r>
          </w:p>
        </w:tc>
      </w:tr>
      <w:tr w:rsidR="00DA6845" w14:paraId="0DF60477" w14:textId="77777777" w:rsidTr="00550CFD">
        <w:trPr>
          <w:trHeight w:val="268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BED64" w14:textId="77777777" w:rsidR="00DA6845" w:rsidRDefault="00E26B3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ECBA7" w14:textId="77777777" w:rsidR="00DA6845" w:rsidRDefault="00DA6845">
            <w:pPr>
              <w:jc w:val="center"/>
            </w:pP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79399" w14:textId="77777777" w:rsidR="00DA6845" w:rsidRDefault="00DA6845">
            <w:pPr>
              <w:jc w:val="center"/>
            </w:pPr>
          </w:p>
        </w:tc>
      </w:tr>
      <w:tr w:rsidR="00DA6845" w14:paraId="36A68A3C" w14:textId="77777777" w:rsidTr="00550CFD">
        <w:trPr>
          <w:trHeight w:val="1176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5FF54" w14:textId="77777777" w:rsidR="00DA6845" w:rsidRDefault="00E26B31">
            <w:pPr>
              <w:jc w:val="center"/>
            </w:pPr>
            <w:r>
              <w:rPr>
                <w:sz w:val="16"/>
              </w:rPr>
              <w:t>Taslak üretim planının yetki ve görevler çerçevesinde değerlendirilmesi ve gerekli onayların alınması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118E7" w14:textId="27422E00" w:rsidR="00DA6845" w:rsidRDefault="00E26B31">
            <w:pPr>
              <w:jc w:val="center"/>
            </w:pPr>
            <w:r>
              <w:rPr>
                <w:sz w:val="16"/>
              </w:rPr>
              <w:t>Merkez Müdürlüğü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5122A" w14:textId="77777777" w:rsidR="00DA6845" w:rsidRDefault="00E26B31">
            <w:pPr>
              <w:jc w:val="center"/>
            </w:pPr>
            <w:r>
              <w:rPr>
                <w:sz w:val="16"/>
              </w:rPr>
              <w:t>Üretim planı / Onay belgesi</w:t>
            </w:r>
          </w:p>
        </w:tc>
      </w:tr>
      <w:tr w:rsidR="00DA6845" w14:paraId="595E6790" w14:textId="77777777" w:rsidTr="00550CFD">
        <w:trPr>
          <w:trHeight w:val="268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1E362" w14:textId="77777777" w:rsidR="00DA6845" w:rsidRDefault="00E26B3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4CFA4B" w14:textId="77777777" w:rsidR="00DA6845" w:rsidRDefault="00DA6845">
            <w:pPr>
              <w:jc w:val="center"/>
            </w:pP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B0B54" w14:textId="77777777" w:rsidR="00DA6845" w:rsidRDefault="00DA6845">
            <w:pPr>
              <w:jc w:val="center"/>
            </w:pPr>
          </w:p>
        </w:tc>
      </w:tr>
      <w:tr w:rsidR="00DA6845" w14:paraId="04C3569F" w14:textId="77777777" w:rsidTr="00550CFD">
        <w:trPr>
          <w:trHeight w:val="1176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7D52F" w14:textId="77777777" w:rsidR="00DA6845" w:rsidRDefault="00E26B31">
            <w:pPr>
              <w:jc w:val="center"/>
            </w:pPr>
            <w:r>
              <w:rPr>
                <w:sz w:val="16"/>
              </w:rPr>
              <w:t xml:space="preserve">Onaylanan üretim planının ilgili personele bildirilmesi ve uygulama takviminin </w:t>
            </w:r>
            <w:r>
              <w:rPr>
                <w:sz w:val="16"/>
              </w:rPr>
              <w:t>oluşturulması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A25B2" w14:textId="77777777" w:rsidR="00DA6845" w:rsidRDefault="00E26B31">
            <w:pPr>
              <w:jc w:val="center"/>
            </w:pPr>
            <w:r>
              <w:rPr>
                <w:sz w:val="16"/>
              </w:rPr>
              <w:t>Merkez Müdürlüğü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4EB4B" w14:textId="77777777" w:rsidR="00DA6845" w:rsidRDefault="00E26B31">
            <w:pPr>
              <w:jc w:val="center"/>
            </w:pPr>
            <w:r>
              <w:rPr>
                <w:sz w:val="16"/>
              </w:rPr>
              <w:t>Onaylı üretim planı / İş takvimi</w:t>
            </w:r>
          </w:p>
        </w:tc>
      </w:tr>
      <w:tr w:rsidR="00DA6845" w14:paraId="264939AF" w14:textId="77777777" w:rsidTr="00550CFD">
        <w:trPr>
          <w:trHeight w:val="268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EB1FB" w14:textId="77777777" w:rsidR="00DA6845" w:rsidRDefault="00E26B31">
            <w:pPr>
              <w:jc w:val="center"/>
            </w:pPr>
            <w:r>
              <w:rPr>
                <w:b/>
                <w:sz w:val="28"/>
              </w:rPr>
              <w:t>↓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EC811" w14:textId="77777777" w:rsidR="00DA6845" w:rsidRDefault="00DA6845">
            <w:pPr>
              <w:jc w:val="center"/>
            </w:pP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E24DF" w14:textId="77777777" w:rsidR="00DA6845" w:rsidRDefault="00DA6845">
            <w:pPr>
              <w:jc w:val="center"/>
            </w:pPr>
          </w:p>
        </w:tc>
      </w:tr>
      <w:tr w:rsidR="00DA6845" w14:paraId="17D7952D" w14:textId="77777777" w:rsidTr="00550CFD">
        <w:trPr>
          <w:trHeight w:val="1176"/>
        </w:trPr>
        <w:tc>
          <w:tcPr>
            <w:tcW w:w="4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6AAAA" w14:textId="77777777" w:rsidR="00DA6845" w:rsidRDefault="00E26B31">
            <w:pPr>
              <w:jc w:val="center"/>
            </w:pPr>
            <w:r>
              <w:rPr>
                <w:sz w:val="16"/>
              </w:rPr>
              <w:t>Planın uygulanmasının izlenmesi, gerekli değişikliklerin kayıt altına alınması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E2F85" w14:textId="77777777" w:rsidR="00DA6845" w:rsidRDefault="00E26B31">
            <w:pPr>
              <w:jc w:val="center"/>
            </w:pPr>
            <w:r>
              <w:rPr>
                <w:sz w:val="16"/>
              </w:rPr>
              <w:t>Merkez Müdürlüğü / İlgili Personel</w:t>
            </w:r>
          </w:p>
        </w:tc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1F381" w14:textId="77777777" w:rsidR="00DA6845" w:rsidRDefault="00E26B31">
            <w:pPr>
              <w:jc w:val="center"/>
            </w:pPr>
            <w:r>
              <w:rPr>
                <w:sz w:val="16"/>
              </w:rPr>
              <w:t>İzleme kayıtları / Güncellenen plan</w:t>
            </w:r>
          </w:p>
        </w:tc>
      </w:tr>
    </w:tbl>
    <w:p w14:paraId="448295D2" w14:textId="77777777" w:rsidR="00DA6845" w:rsidRDefault="00DA6845"/>
    <w:p w14:paraId="5C754A9A" w14:textId="008B635C" w:rsidR="00DA6845" w:rsidRDefault="00DA6845"/>
    <w:sectPr w:rsidR="00DA684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07" w:right="935" w:bottom="850" w:left="9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C38C5" w14:textId="77777777" w:rsidR="00E26B31" w:rsidRDefault="00E26B31" w:rsidP="002660A0">
      <w:pPr>
        <w:spacing w:line="240" w:lineRule="auto"/>
      </w:pPr>
      <w:r>
        <w:separator/>
      </w:r>
    </w:p>
  </w:endnote>
  <w:endnote w:type="continuationSeparator" w:id="0">
    <w:p w14:paraId="730745E3" w14:textId="77777777" w:rsidR="00E26B31" w:rsidRDefault="00E26B31" w:rsidP="002660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3C5E8" w14:textId="77777777" w:rsidR="002660A0" w:rsidRDefault="002660A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2660A0" w:rsidRPr="002660A0" w14:paraId="1017D996" w14:textId="77777777" w:rsidTr="00E35A15">
      <w:tc>
        <w:tcPr>
          <w:tcW w:w="3259" w:type="dxa"/>
        </w:tcPr>
        <w:p w14:paraId="421A5D2D" w14:textId="77777777" w:rsidR="002660A0" w:rsidRPr="002660A0" w:rsidRDefault="002660A0" w:rsidP="002660A0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Hazırlayan</w:t>
          </w:r>
        </w:p>
      </w:tc>
      <w:tc>
        <w:tcPr>
          <w:tcW w:w="3259" w:type="dxa"/>
        </w:tcPr>
        <w:p w14:paraId="08754F5C" w14:textId="77777777" w:rsidR="002660A0" w:rsidRPr="002660A0" w:rsidRDefault="002660A0" w:rsidP="002660A0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Sistem Onayı</w:t>
          </w:r>
        </w:p>
      </w:tc>
      <w:tc>
        <w:tcPr>
          <w:tcW w:w="3260" w:type="dxa"/>
        </w:tcPr>
        <w:p w14:paraId="17721EE4" w14:textId="77777777" w:rsidR="002660A0" w:rsidRPr="002660A0" w:rsidRDefault="002660A0" w:rsidP="002660A0">
          <w:pPr>
            <w:pStyle w:val="NormalWeb"/>
            <w:jc w:val="center"/>
            <w:rPr>
              <w:rFonts w:ascii="Arial" w:hAnsi="Arial" w:cs="Arial"/>
              <w:szCs w:val="20"/>
            </w:rPr>
          </w:pPr>
          <w:r w:rsidRPr="002660A0">
            <w:rPr>
              <w:rFonts w:ascii="Arial" w:hAnsi="Arial" w:cs="Arial"/>
              <w:szCs w:val="20"/>
            </w:rPr>
            <w:t>Yürürlük Onayı</w:t>
          </w:r>
        </w:p>
      </w:tc>
    </w:tr>
    <w:tr w:rsidR="002660A0" w:rsidRPr="002660A0" w14:paraId="727C0755" w14:textId="77777777" w:rsidTr="00E35A15">
      <w:trPr>
        <w:trHeight w:val="1002"/>
      </w:trPr>
      <w:tc>
        <w:tcPr>
          <w:tcW w:w="3259" w:type="dxa"/>
        </w:tcPr>
        <w:p w14:paraId="7E031147" w14:textId="77777777" w:rsidR="002660A0" w:rsidRPr="002660A0" w:rsidRDefault="002660A0" w:rsidP="002660A0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 Birim Yetkilisi</w:t>
          </w:r>
        </w:p>
        <w:p w14:paraId="56BABD10" w14:textId="77777777" w:rsidR="002660A0" w:rsidRPr="002660A0" w:rsidRDefault="002660A0" w:rsidP="002660A0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259" w:type="dxa"/>
        </w:tcPr>
        <w:p w14:paraId="54F3FAC9" w14:textId="77777777" w:rsidR="002660A0" w:rsidRPr="002660A0" w:rsidRDefault="002660A0" w:rsidP="002660A0">
          <w:pPr>
            <w:pStyle w:val="NormalWeb"/>
            <w:jc w:val="center"/>
            <w:rPr>
              <w:rFonts w:ascii="Calibri" w:hAnsi="Calibri"/>
              <w:szCs w:val="20"/>
            </w:rPr>
          </w:pPr>
          <w:r w:rsidRPr="002660A0">
            <w:rPr>
              <w:rFonts w:ascii="Calibri" w:hAnsi="Calibri"/>
              <w:szCs w:val="20"/>
            </w:rPr>
            <w:t xml:space="preserve">Kalite Koordinatörlüğü </w:t>
          </w:r>
        </w:p>
        <w:p w14:paraId="2EE8C10B" w14:textId="77777777" w:rsidR="002660A0" w:rsidRPr="002660A0" w:rsidRDefault="002660A0" w:rsidP="002660A0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  <w:tc>
        <w:tcPr>
          <w:tcW w:w="3260" w:type="dxa"/>
        </w:tcPr>
        <w:p w14:paraId="32429C89" w14:textId="77777777" w:rsidR="002660A0" w:rsidRPr="002660A0" w:rsidRDefault="002660A0" w:rsidP="002660A0">
          <w:pPr>
            <w:pStyle w:val="NormalWeb"/>
            <w:jc w:val="center"/>
            <w:rPr>
              <w:rFonts w:ascii="Calibri" w:hAnsi="Calibri"/>
              <w:snapToGrid w:val="0"/>
              <w:szCs w:val="20"/>
            </w:rPr>
          </w:pPr>
          <w:r w:rsidRPr="002660A0">
            <w:rPr>
              <w:rFonts w:ascii="Calibri" w:hAnsi="Calibri"/>
              <w:snapToGrid w:val="0"/>
              <w:szCs w:val="20"/>
            </w:rPr>
            <w:t>Rektör</w:t>
          </w:r>
        </w:p>
        <w:p w14:paraId="407C0FEE" w14:textId="77777777" w:rsidR="002660A0" w:rsidRPr="002660A0" w:rsidRDefault="002660A0" w:rsidP="002660A0">
          <w:pPr>
            <w:pStyle w:val="NormalWeb"/>
            <w:jc w:val="center"/>
            <w:rPr>
              <w:rFonts w:ascii="Calibri" w:hAnsi="Calibri"/>
              <w:szCs w:val="20"/>
            </w:rPr>
          </w:pPr>
        </w:p>
      </w:tc>
    </w:tr>
  </w:tbl>
  <w:p w14:paraId="1B323AF9" w14:textId="33EBA5A1" w:rsidR="002660A0" w:rsidRPr="00151E02" w:rsidRDefault="002660A0" w:rsidP="002660A0">
    <w:pPr>
      <w:pStyle w:val="a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No:SİÜ.;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>Revizyon Tarihi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14:paraId="55E3CF02" w14:textId="77777777" w:rsidR="002660A0" w:rsidRDefault="002660A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75959" w14:textId="77777777" w:rsidR="002660A0" w:rsidRDefault="002660A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1F93C" w14:textId="77777777" w:rsidR="00E26B31" w:rsidRDefault="00E26B31" w:rsidP="002660A0">
      <w:pPr>
        <w:spacing w:line="240" w:lineRule="auto"/>
      </w:pPr>
      <w:r>
        <w:separator/>
      </w:r>
    </w:p>
  </w:footnote>
  <w:footnote w:type="continuationSeparator" w:id="0">
    <w:p w14:paraId="66EF0BD0" w14:textId="77777777" w:rsidR="00E26B31" w:rsidRDefault="00E26B31" w:rsidP="002660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2B2063" w14:textId="77777777" w:rsidR="002660A0" w:rsidRDefault="002660A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5"/>
      <w:gridCol w:w="5374"/>
      <w:gridCol w:w="1557"/>
      <w:gridCol w:w="1379"/>
    </w:tblGrid>
    <w:tr w:rsidR="001B3665" w:rsidRPr="00151E02" w14:paraId="40ABA5DB" w14:textId="77777777" w:rsidTr="00D72BE7">
      <w:trPr>
        <w:trHeight w:val="286"/>
      </w:trPr>
      <w:tc>
        <w:tcPr>
          <w:tcW w:w="1415" w:type="dxa"/>
          <w:vMerge w:val="restart"/>
          <w:vAlign w:val="center"/>
        </w:tcPr>
        <w:p w14:paraId="40319491" w14:textId="1B0CA5B5" w:rsidR="001B3665" w:rsidRPr="00A22E0A" w:rsidRDefault="001B3665" w:rsidP="001B3665">
          <w:pPr>
            <w:pStyle w:val="a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 wp14:anchorId="38B62EE3" wp14:editId="7E1587EE">
                <wp:extent cx="690880" cy="956945"/>
                <wp:effectExtent l="0" t="0" r="0" b="0"/>
                <wp:docPr id="35829842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74" w:type="dxa"/>
          <w:vMerge w:val="restart"/>
          <w:vAlign w:val="center"/>
        </w:tcPr>
        <w:p w14:paraId="491D5598" w14:textId="7403769F" w:rsidR="001B3665" w:rsidRDefault="001B3665" w:rsidP="001B3665">
          <w:pPr>
            <w:pStyle w:val="a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TARIMSAL ÜRETİM PLANLAMA</w:t>
          </w:r>
        </w:p>
        <w:p w14:paraId="056976AC" w14:textId="77777777" w:rsidR="001B3665" w:rsidRPr="00A22E0A" w:rsidRDefault="001B3665" w:rsidP="001B3665">
          <w:pPr>
            <w:pStyle w:val="a"/>
            <w:rPr>
              <w:rFonts w:ascii="Arial" w:hAnsi="Arial" w:cs="Arial"/>
              <w:b/>
              <w:sz w:val="28"/>
            </w:rPr>
          </w:pPr>
        </w:p>
        <w:p w14:paraId="39FA5EC7" w14:textId="77777777" w:rsidR="001B3665" w:rsidRPr="00A22E0A" w:rsidRDefault="001B3665" w:rsidP="001B3665">
          <w:pPr>
            <w:pStyle w:val="a"/>
            <w:jc w:val="center"/>
            <w:rPr>
              <w:rFonts w:ascii="Arial" w:hAnsi="Arial" w:cs="Arial"/>
              <w:b/>
            </w:rPr>
          </w:pPr>
          <w:r w:rsidRPr="00A22E0A">
            <w:rPr>
              <w:rFonts w:ascii="Arial" w:hAnsi="Arial" w:cs="Arial"/>
              <w:b/>
              <w:sz w:val="28"/>
            </w:rPr>
            <w:t>İŞ AKIŞ</w:t>
          </w:r>
          <w:r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57" w:type="dxa"/>
          <w:vAlign w:val="center"/>
        </w:tcPr>
        <w:p w14:paraId="5512DE45" w14:textId="77777777" w:rsidR="001B3665" w:rsidRPr="00A22E0A" w:rsidRDefault="001B3665" w:rsidP="001B3665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79" w:type="dxa"/>
        </w:tcPr>
        <w:p w14:paraId="4FE5DF12" w14:textId="6091DBA8" w:rsidR="001B3665" w:rsidRPr="00A22E0A" w:rsidRDefault="001B3665" w:rsidP="001B3665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Times New Roman" w:hAnsi="Times New Roman" w:cs="Times New Roman"/>
              <w:b/>
            </w:rPr>
            <w:t>SİÜ.İA-455</w:t>
          </w:r>
          <w:bookmarkStart w:id="0" w:name="_GoBack"/>
          <w:bookmarkEnd w:id="0"/>
        </w:p>
      </w:tc>
    </w:tr>
    <w:tr w:rsidR="001B3665" w:rsidRPr="00151E02" w14:paraId="263F55BD" w14:textId="77777777" w:rsidTr="00D72BE7">
      <w:trPr>
        <w:trHeight w:val="286"/>
      </w:trPr>
      <w:tc>
        <w:tcPr>
          <w:tcW w:w="1415" w:type="dxa"/>
          <w:vMerge/>
          <w:vAlign w:val="center"/>
        </w:tcPr>
        <w:p w14:paraId="1406A71E" w14:textId="77777777" w:rsidR="001B3665" w:rsidRPr="00A22E0A" w:rsidRDefault="001B3665" w:rsidP="001B366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5E45D43B" w14:textId="77777777" w:rsidR="001B3665" w:rsidRPr="00A22E0A" w:rsidRDefault="001B3665" w:rsidP="001B3665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37EBCD53" w14:textId="77777777" w:rsidR="001B3665" w:rsidRPr="00A22E0A" w:rsidRDefault="001B3665" w:rsidP="001B3665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79" w:type="dxa"/>
        </w:tcPr>
        <w:p w14:paraId="6C30C696" w14:textId="5D78B408" w:rsidR="001B3665" w:rsidRPr="00A22E0A" w:rsidRDefault="001B3665" w:rsidP="001B3665">
          <w:pPr>
            <w:pStyle w:val="a"/>
            <w:rPr>
              <w:rFonts w:ascii="Arial" w:hAnsi="Arial" w:cs="Arial"/>
              <w:b/>
              <w:sz w:val="18"/>
            </w:rPr>
          </w:pPr>
          <w:r>
            <w:rPr>
              <w:rFonts w:ascii="Times New Roman" w:hAnsi="Times New Roman" w:cs="Times New Roman"/>
              <w:b/>
            </w:rPr>
            <w:t>26.10.2026</w:t>
          </w:r>
        </w:p>
      </w:tc>
    </w:tr>
    <w:tr w:rsidR="002660A0" w:rsidRPr="00151E02" w14:paraId="32202934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66C90734" w14:textId="77777777" w:rsidR="002660A0" w:rsidRPr="00A22E0A" w:rsidRDefault="002660A0" w:rsidP="002660A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49264409" w14:textId="77777777" w:rsidR="002660A0" w:rsidRPr="00A22E0A" w:rsidRDefault="002660A0" w:rsidP="002660A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5C0CE78F" w14:textId="77777777" w:rsidR="002660A0" w:rsidRPr="00A22E0A" w:rsidRDefault="002660A0" w:rsidP="002660A0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79" w:type="dxa"/>
          <w:vAlign w:val="center"/>
        </w:tcPr>
        <w:p w14:paraId="761C2E11" w14:textId="77777777" w:rsidR="002660A0" w:rsidRPr="00A22E0A" w:rsidRDefault="002660A0" w:rsidP="002660A0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2660A0" w:rsidRPr="00151E02" w14:paraId="354FAB9C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16D98071" w14:textId="77777777" w:rsidR="002660A0" w:rsidRPr="00A22E0A" w:rsidRDefault="002660A0" w:rsidP="002660A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31212CA5" w14:textId="77777777" w:rsidR="002660A0" w:rsidRPr="00A22E0A" w:rsidRDefault="002660A0" w:rsidP="002660A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60BA7541" w14:textId="77777777" w:rsidR="002660A0" w:rsidRPr="00A22E0A" w:rsidRDefault="002660A0" w:rsidP="002660A0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79" w:type="dxa"/>
          <w:vAlign w:val="center"/>
        </w:tcPr>
        <w:p w14:paraId="6C312B1B" w14:textId="77777777" w:rsidR="002660A0" w:rsidRPr="00A22E0A" w:rsidRDefault="002660A0" w:rsidP="002660A0">
          <w:pPr>
            <w:pStyle w:val="a"/>
            <w:rPr>
              <w:rFonts w:ascii="Arial" w:hAnsi="Arial" w:cs="Arial"/>
              <w:b/>
              <w:sz w:val="18"/>
            </w:rPr>
          </w:pPr>
        </w:p>
      </w:tc>
    </w:tr>
    <w:tr w:rsidR="002660A0" w:rsidRPr="00151E02" w14:paraId="02906968" w14:textId="77777777" w:rsidTr="00E35A15">
      <w:trPr>
        <w:trHeight w:val="286"/>
      </w:trPr>
      <w:tc>
        <w:tcPr>
          <w:tcW w:w="1415" w:type="dxa"/>
          <w:vMerge/>
          <w:vAlign w:val="center"/>
        </w:tcPr>
        <w:p w14:paraId="4C7762CD" w14:textId="77777777" w:rsidR="002660A0" w:rsidRPr="00A22E0A" w:rsidRDefault="002660A0" w:rsidP="002660A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5374" w:type="dxa"/>
          <w:vMerge/>
          <w:vAlign w:val="center"/>
        </w:tcPr>
        <w:p w14:paraId="1B16383A" w14:textId="77777777" w:rsidR="002660A0" w:rsidRPr="00A22E0A" w:rsidRDefault="002660A0" w:rsidP="002660A0">
          <w:pPr>
            <w:pStyle w:val="a"/>
            <w:jc w:val="center"/>
            <w:rPr>
              <w:rFonts w:ascii="Arial" w:hAnsi="Arial" w:cs="Arial"/>
            </w:rPr>
          </w:pPr>
        </w:p>
      </w:tc>
      <w:tc>
        <w:tcPr>
          <w:tcW w:w="1557" w:type="dxa"/>
          <w:vAlign w:val="center"/>
        </w:tcPr>
        <w:p w14:paraId="3E77D62C" w14:textId="77777777" w:rsidR="002660A0" w:rsidRPr="00A22E0A" w:rsidRDefault="002660A0" w:rsidP="002660A0">
          <w:pPr>
            <w:pStyle w:val="a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79" w:type="dxa"/>
          <w:vAlign w:val="center"/>
        </w:tcPr>
        <w:p w14:paraId="16602C4E" w14:textId="7F57DADC" w:rsidR="002660A0" w:rsidRPr="00A22E0A" w:rsidRDefault="002660A0" w:rsidP="002660A0">
          <w:pPr>
            <w:pStyle w:val="a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1B3665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Pr="00A22E0A">
            <w:rPr>
              <w:rFonts w:ascii="Arial" w:hAnsi="Arial" w:cs="Arial"/>
              <w:b/>
              <w:sz w:val="18"/>
            </w:rPr>
            <w:t>/</w:t>
          </w: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Pr="00A22E0A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1B3665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14:paraId="0A247B4D" w14:textId="77777777" w:rsidR="002660A0" w:rsidRDefault="002660A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A464AF" w14:textId="77777777" w:rsidR="002660A0" w:rsidRDefault="002660A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B3665"/>
    <w:rsid w:val="002637D0"/>
    <w:rsid w:val="002660A0"/>
    <w:rsid w:val="0029639D"/>
    <w:rsid w:val="00326F90"/>
    <w:rsid w:val="00447D73"/>
    <w:rsid w:val="00497E61"/>
    <w:rsid w:val="00550CFD"/>
    <w:rsid w:val="007C5CFB"/>
    <w:rsid w:val="009745B9"/>
    <w:rsid w:val="00984FF1"/>
    <w:rsid w:val="00AA1D8D"/>
    <w:rsid w:val="00B47730"/>
    <w:rsid w:val="00CB0664"/>
    <w:rsid w:val="00DA6845"/>
    <w:rsid w:val="00DB1EA4"/>
    <w:rsid w:val="00E26B3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67398A"/>
  <w14:defaultImageDpi w14:val="300"/>
  <w15:docId w15:val="{7E4EBE82-9C14-49FA-800A-7617E264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">
    <w:basedOn w:val="Normal"/>
    <w:next w:val="stBilgi"/>
    <w:link w:val="stbilgiChar0"/>
    <w:uiPriority w:val="99"/>
    <w:unhideWhenUsed/>
    <w:rsid w:val="002660A0"/>
    <w:pPr>
      <w:tabs>
        <w:tab w:val="center" w:pos="4536"/>
        <w:tab w:val="right" w:pos="9072"/>
      </w:tabs>
      <w:spacing w:line="240" w:lineRule="auto"/>
    </w:pPr>
    <w:rPr>
      <w:rFonts w:asciiTheme="minorHAnsi" w:hAnsiTheme="minorHAnsi"/>
      <w:sz w:val="22"/>
    </w:rPr>
  </w:style>
  <w:style w:type="character" w:customStyle="1" w:styleId="AltbilgiChar0">
    <w:name w:val="Altbilgi Char"/>
    <w:basedOn w:val="VarsaylanParagrafYazTipi"/>
    <w:uiPriority w:val="99"/>
    <w:rsid w:val="002660A0"/>
  </w:style>
  <w:style w:type="paragraph" w:styleId="NormalWeb">
    <w:name w:val="Normal (Web)"/>
    <w:basedOn w:val="Normal"/>
    <w:uiPriority w:val="99"/>
    <w:unhideWhenUsed/>
    <w:rsid w:val="00266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customStyle="1" w:styleId="stbilgiChar0">
    <w:name w:val="Üstbilgi Char"/>
    <w:basedOn w:val="VarsaylanParagrafYazTipi"/>
    <w:link w:val="a"/>
    <w:uiPriority w:val="99"/>
    <w:rsid w:val="00266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67C115-FCD5-4757-87DF-27FD1BCDC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6</cp:revision>
  <dcterms:created xsi:type="dcterms:W3CDTF">2013-12-23T23:15:00Z</dcterms:created>
  <dcterms:modified xsi:type="dcterms:W3CDTF">2026-10-26T07:58:00Z</dcterms:modified>
  <cp:category/>
</cp:coreProperties>
</file>