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66577" w14:textId="77777777" w:rsidR="00DC35DB" w:rsidRDefault="00DC35DB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96"/>
        <w:gridCol w:w="2662"/>
        <w:gridCol w:w="2662"/>
      </w:tblGrid>
      <w:tr w:rsidR="00DC35DB" w14:paraId="47E8ECCD" w14:textId="77777777" w:rsidTr="005118AB">
        <w:trPr>
          <w:trHeight w:val="237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F6C36" w14:textId="77777777" w:rsidR="00DC35DB" w:rsidRDefault="005C3466">
            <w:pPr>
              <w:jc w:val="center"/>
            </w:pPr>
            <w:r>
              <w:rPr>
                <w:b/>
              </w:rPr>
              <w:t>İş Akışı Adımları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70F42" w14:textId="77777777" w:rsidR="00DC35DB" w:rsidRDefault="005C3466">
            <w:pPr>
              <w:jc w:val="center"/>
            </w:pPr>
            <w:r>
              <w:rPr>
                <w:b/>
              </w:rPr>
              <w:t>Sorumlu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1474C" w14:textId="77777777" w:rsidR="00DC35DB" w:rsidRDefault="005C3466">
            <w:pPr>
              <w:jc w:val="center"/>
            </w:pPr>
            <w:r>
              <w:rPr>
                <w:b/>
              </w:rPr>
              <w:t>İlgili Dokümanlar</w:t>
            </w:r>
          </w:p>
        </w:tc>
      </w:tr>
      <w:tr w:rsidR="00DC35DB" w14:paraId="1A040A81" w14:textId="77777777" w:rsidTr="005118AB">
        <w:trPr>
          <w:trHeight w:val="1210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1452B" w14:textId="77777777" w:rsidR="00DC35DB" w:rsidRDefault="005C3466">
            <w:r>
              <w:rPr>
                <w:sz w:val="16"/>
              </w:rPr>
              <w:t>Merkeze EBYS veya diğer resmî kanallardan ulaşan evrakın alınması ve kayıt durumunun kontrol edilmesi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ED73A" w14:textId="00179BBF" w:rsidR="004E31A9" w:rsidRDefault="004E31A9" w:rsidP="004E31A9">
            <w:r>
              <w:rPr>
                <w:sz w:val="16"/>
              </w:rPr>
              <w:t>Merkez müdürlüğü</w:t>
            </w:r>
          </w:p>
          <w:p w14:paraId="70577482" w14:textId="12DCEDB0" w:rsidR="00DC35DB" w:rsidRDefault="00DC35DB"/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DA306" w14:textId="77777777" w:rsidR="00DC35DB" w:rsidRDefault="005C3466">
            <w:r>
              <w:rPr>
                <w:sz w:val="16"/>
              </w:rPr>
              <w:t>EBYS / Gelen evrak</w:t>
            </w:r>
          </w:p>
        </w:tc>
      </w:tr>
      <w:tr w:rsidR="00DC35DB" w14:paraId="0C6EB8B9" w14:textId="77777777" w:rsidTr="005118AB">
        <w:trPr>
          <w:trHeight w:val="276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3AADE" w14:textId="77777777" w:rsidR="00DC35DB" w:rsidRDefault="005C3466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EBC60" w14:textId="77777777" w:rsidR="00DC35DB" w:rsidRDefault="00DC35DB">
            <w:pPr>
              <w:jc w:val="center"/>
            </w:pP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D6B6B" w14:textId="77777777" w:rsidR="00DC35DB" w:rsidRDefault="00DC35DB">
            <w:pPr>
              <w:jc w:val="center"/>
            </w:pPr>
          </w:p>
        </w:tc>
      </w:tr>
      <w:tr w:rsidR="00DC35DB" w14:paraId="5E41F70E" w14:textId="77777777" w:rsidTr="005118AB">
        <w:trPr>
          <w:trHeight w:val="1210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1217E" w14:textId="77777777" w:rsidR="00DC35DB" w:rsidRDefault="005C3466">
            <w:r>
              <w:rPr>
                <w:sz w:val="16"/>
              </w:rPr>
              <w:t xml:space="preserve">Evrakın ilgili personele havale edilmesi; gerekli bilgi, görüş </w:t>
            </w:r>
            <w:r>
              <w:rPr>
                <w:sz w:val="16"/>
              </w:rPr>
              <w:t>ve belgelerin hazırlanmasının istenmesi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EC7BF" w14:textId="67FFE045" w:rsidR="00DC35DB" w:rsidRDefault="004E31A9">
            <w:r>
              <w:rPr>
                <w:sz w:val="16"/>
              </w:rPr>
              <w:t>Merkez m</w:t>
            </w:r>
            <w:r w:rsidR="00826C21">
              <w:rPr>
                <w:sz w:val="16"/>
              </w:rPr>
              <w:t>üdür yardımcısı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1D695" w14:textId="77777777" w:rsidR="00DC35DB" w:rsidRDefault="005C3466">
            <w:r>
              <w:rPr>
                <w:sz w:val="16"/>
              </w:rPr>
              <w:t>Havale kaydı / Görevlendirme</w:t>
            </w:r>
          </w:p>
        </w:tc>
      </w:tr>
      <w:tr w:rsidR="00DC35DB" w14:paraId="2A133EC8" w14:textId="77777777" w:rsidTr="005118AB">
        <w:trPr>
          <w:trHeight w:val="276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FC7A1" w14:textId="77777777" w:rsidR="00DC35DB" w:rsidRDefault="005C3466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A226A" w14:textId="77777777" w:rsidR="00DC35DB" w:rsidRDefault="00DC35DB">
            <w:pPr>
              <w:jc w:val="center"/>
            </w:pP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6F574" w14:textId="77777777" w:rsidR="00DC35DB" w:rsidRDefault="00DC35DB">
            <w:pPr>
              <w:jc w:val="center"/>
            </w:pPr>
          </w:p>
        </w:tc>
      </w:tr>
      <w:tr w:rsidR="00DC35DB" w14:paraId="7B864578" w14:textId="77777777" w:rsidTr="005118AB">
        <w:trPr>
          <w:trHeight w:val="1210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C37C1" w14:textId="77777777" w:rsidR="00DC35DB" w:rsidRDefault="005C3466">
            <w:r>
              <w:rPr>
                <w:sz w:val="16"/>
              </w:rPr>
              <w:t>Gerektiğinde cevap veya işlem yazısının hazırlanması ve eklerinin kontrol edilmesi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3AA53" w14:textId="144927B9" w:rsidR="00DC35DB" w:rsidRDefault="004E31A9">
            <w:r>
              <w:rPr>
                <w:sz w:val="16"/>
              </w:rPr>
              <w:t>Merkez m</w:t>
            </w:r>
            <w:r w:rsidR="00826C21">
              <w:rPr>
                <w:sz w:val="16"/>
              </w:rPr>
              <w:t>üdür yardımcısı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A095F" w14:textId="77777777" w:rsidR="00DC35DB" w:rsidRDefault="005C3466">
            <w:r>
              <w:rPr>
                <w:sz w:val="16"/>
              </w:rPr>
              <w:t>Yazı taslağı / İlgili belgeler</w:t>
            </w:r>
          </w:p>
        </w:tc>
      </w:tr>
      <w:tr w:rsidR="00DC35DB" w14:paraId="5D1D4535" w14:textId="77777777" w:rsidTr="005118AB">
        <w:trPr>
          <w:trHeight w:val="276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40321" w14:textId="77777777" w:rsidR="00DC35DB" w:rsidRDefault="005C3466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8F09E" w14:textId="77777777" w:rsidR="00DC35DB" w:rsidRDefault="00DC35DB">
            <w:pPr>
              <w:jc w:val="center"/>
            </w:pP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398E3" w14:textId="77777777" w:rsidR="00DC35DB" w:rsidRDefault="00DC35DB">
            <w:pPr>
              <w:jc w:val="center"/>
            </w:pPr>
          </w:p>
        </w:tc>
      </w:tr>
      <w:tr w:rsidR="00DC35DB" w14:paraId="5267DB92" w14:textId="77777777" w:rsidTr="005118AB">
        <w:trPr>
          <w:trHeight w:val="1210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4EF20" w14:textId="77777777" w:rsidR="00DC35DB" w:rsidRDefault="005C3466">
            <w:r>
              <w:rPr>
                <w:sz w:val="16"/>
              </w:rPr>
              <w:t xml:space="preserve">Hazırlanan </w:t>
            </w:r>
            <w:r>
              <w:rPr>
                <w:sz w:val="16"/>
              </w:rPr>
              <w:t>yazının yetki ve imza süreçleri doğrultusunda kontrol edilmesi ve onaya sunulması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6758B" w14:textId="407863C3" w:rsidR="00DC35DB" w:rsidRDefault="004E31A9">
            <w:r>
              <w:rPr>
                <w:sz w:val="16"/>
              </w:rPr>
              <w:t xml:space="preserve">Merkez </w:t>
            </w:r>
            <w:r w:rsidR="00826C21">
              <w:rPr>
                <w:sz w:val="16"/>
              </w:rPr>
              <w:t>Müdür</w:t>
            </w:r>
            <w:r>
              <w:rPr>
                <w:sz w:val="16"/>
              </w:rPr>
              <w:t>lüğü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823F2" w14:textId="77777777" w:rsidR="00DC35DB" w:rsidRDefault="005C3466">
            <w:r>
              <w:rPr>
                <w:sz w:val="16"/>
              </w:rPr>
              <w:t>EBYS / Paraf ve imza kayıtları</w:t>
            </w:r>
          </w:p>
        </w:tc>
      </w:tr>
      <w:tr w:rsidR="00DC35DB" w14:paraId="197F35D8" w14:textId="77777777" w:rsidTr="005118AB">
        <w:trPr>
          <w:trHeight w:val="276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F5603" w14:textId="77777777" w:rsidR="00DC35DB" w:rsidRDefault="005C3466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3B975" w14:textId="77777777" w:rsidR="00DC35DB" w:rsidRDefault="00DC35DB">
            <w:pPr>
              <w:jc w:val="center"/>
            </w:pP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EADD3" w14:textId="77777777" w:rsidR="00DC35DB" w:rsidRDefault="00DC35DB">
            <w:pPr>
              <w:jc w:val="center"/>
            </w:pPr>
          </w:p>
        </w:tc>
      </w:tr>
      <w:tr w:rsidR="00DC35DB" w14:paraId="5BF91967" w14:textId="77777777" w:rsidTr="005118AB">
        <w:trPr>
          <w:trHeight w:val="1210"/>
        </w:trPr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1702B" w14:textId="77777777" w:rsidR="00DC35DB" w:rsidRDefault="005C3466">
            <w:r>
              <w:rPr>
                <w:sz w:val="16"/>
              </w:rPr>
              <w:t>Onaylanan yazının EBYS üzerinden ilgili birime gönderilmesi; evrakın dosyalanması ve sürecin takibi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8ED27" w14:textId="1C761220" w:rsidR="00DC35DB" w:rsidRDefault="004E31A9">
            <w:r>
              <w:rPr>
                <w:sz w:val="16"/>
              </w:rPr>
              <w:t>Merkez Müdürlüğü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2EA83E" w14:textId="77777777" w:rsidR="00DC35DB" w:rsidRDefault="005C3466">
            <w:r>
              <w:rPr>
                <w:sz w:val="16"/>
              </w:rPr>
              <w:t>Giden evrak / EBYS / Dosya planı</w:t>
            </w:r>
          </w:p>
        </w:tc>
      </w:tr>
    </w:tbl>
    <w:p w14:paraId="0E4C5004" w14:textId="5A3C2098" w:rsidR="00DC35DB" w:rsidRDefault="00DC35DB" w:rsidP="005118AB"/>
    <w:sectPr w:rsidR="00DC35DB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7" w:right="935" w:bottom="850" w:left="9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5B31A" w14:textId="77777777" w:rsidR="005C3466" w:rsidRDefault="005C3466" w:rsidP="005118AB">
      <w:pPr>
        <w:spacing w:line="240" w:lineRule="auto"/>
      </w:pPr>
      <w:r>
        <w:separator/>
      </w:r>
    </w:p>
  </w:endnote>
  <w:endnote w:type="continuationSeparator" w:id="0">
    <w:p w14:paraId="69DBCB08" w14:textId="77777777" w:rsidR="005C3466" w:rsidRDefault="005C3466" w:rsidP="00511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600FB" w14:textId="77777777" w:rsidR="00826C21" w:rsidRDefault="00826C2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5118AB" w:rsidRPr="002660A0" w14:paraId="1A39041C" w14:textId="77777777" w:rsidTr="00E35A15">
      <w:tc>
        <w:tcPr>
          <w:tcW w:w="3259" w:type="dxa"/>
        </w:tcPr>
        <w:p w14:paraId="06E13C62" w14:textId="77777777" w:rsidR="005118AB" w:rsidRPr="002660A0" w:rsidRDefault="005118AB" w:rsidP="005118AB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Hazırlayan</w:t>
          </w:r>
        </w:p>
      </w:tc>
      <w:tc>
        <w:tcPr>
          <w:tcW w:w="3259" w:type="dxa"/>
        </w:tcPr>
        <w:p w14:paraId="09D6293D" w14:textId="77777777" w:rsidR="005118AB" w:rsidRPr="002660A0" w:rsidRDefault="005118AB" w:rsidP="005118AB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Sistem Onayı</w:t>
          </w:r>
        </w:p>
      </w:tc>
      <w:tc>
        <w:tcPr>
          <w:tcW w:w="3260" w:type="dxa"/>
        </w:tcPr>
        <w:p w14:paraId="77F8AE06" w14:textId="77777777" w:rsidR="005118AB" w:rsidRPr="002660A0" w:rsidRDefault="005118AB" w:rsidP="005118AB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Yürürlük Onayı</w:t>
          </w:r>
        </w:p>
      </w:tc>
    </w:tr>
    <w:tr w:rsidR="005118AB" w:rsidRPr="002660A0" w14:paraId="7E9FA483" w14:textId="77777777" w:rsidTr="00E35A15">
      <w:trPr>
        <w:trHeight w:val="1002"/>
      </w:trPr>
      <w:tc>
        <w:tcPr>
          <w:tcW w:w="3259" w:type="dxa"/>
        </w:tcPr>
        <w:p w14:paraId="185F5741" w14:textId="77777777" w:rsidR="005118AB" w:rsidRPr="002660A0" w:rsidRDefault="005118AB" w:rsidP="005118AB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 Birim Yetkilisi</w:t>
          </w:r>
        </w:p>
        <w:p w14:paraId="1CA30B1E" w14:textId="77777777" w:rsidR="005118AB" w:rsidRPr="002660A0" w:rsidRDefault="005118AB" w:rsidP="005118AB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59" w:type="dxa"/>
        </w:tcPr>
        <w:p w14:paraId="35EE41B6" w14:textId="77777777" w:rsidR="005118AB" w:rsidRPr="002660A0" w:rsidRDefault="005118AB" w:rsidP="005118AB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Kalite Koordinatörlüğü </w:t>
          </w:r>
        </w:p>
        <w:p w14:paraId="105BA55B" w14:textId="77777777" w:rsidR="005118AB" w:rsidRPr="002660A0" w:rsidRDefault="005118AB" w:rsidP="005118AB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60" w:type="dxa"/>
        </w:tcPr>
        <w:p w14:paraId="26E35D6A" w14:textId="77777777" w:rsidR="005118AB" w:rsidRPr="002660A0" w:rsidRDefault="005118AB" w:rsidP="005118AB">
          <w:pPr>
            <w:pStyle w:val="NormalWeb"/>
            <w:jc w:val="center"/>
            <w:rPr>
              <w:rFonts w:ascii="Calibri" w:hAnsi="Calibri"/>
              <w:snapToGrid w:val="0"/>
              <w:szCs w:val="20"/>
            </w:rPr>
          </w:pPr>
          <w:r w:rsidRPr="002660A0">
            <w:rPr>
              <w:rFonts w:ascii="Calibri" w:hAnsi="Calibri"/>
              <w:snapToGrid w:val="0"/>
              <w:szCs w:val="20"/>
            </w:rPr>
            <w:t>Rektör</w:t>
          </w:r>
        </w:p>
        <w:p w14:paraId="7B837EAD" w14:textId="77777777" w:rsidR="005118AB" w:rsidRPr="002660A0" w:rsidRDefault="005118AB" w:rsidP="005118AB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</w:tr>
  </w:tbl>
  <w:p w14:paraId="4D77248F" w14:textId="7AD7957F" w:rsidR="005118AB" w:rsidRPr="00151E02" w:rsidRDefault="005118AB" w:rsidP="005118AB">
    <w:pPr>
      <w:pStyle w:val="a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No:SİÜ;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>Revizyon Tarihi: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14:paraId="02DEC36E" w14:textId="77777777" w:rsidR="005118AB" w:rsidRDefault="005118A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7C6C2" w14:textId="77777777" w:rsidR="00826C21" w:rsidRDefault="00826C2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50EE5" w14:textId="77777777" w:rsidR="005C3466" w:rsidRDefault="005C3466" w:rsidP="005118AB">
      <w:pPr>
        <w:spacing w:line="240" w:lineRule="auto"/>
      </w:pPr>
      <w:r>
        <w:separator/>
      </w:r>
    </w:p>
  </w:footnote>
  <w:footnote w:type="continuationSeparator" w:id="0">
    <w:p w14:paraId="6682C2DA" w14:textId="77777777" w:rsidR="005C3466" w:rsidRDefault="005C3466" w:rsidP="005118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8E7E0" w14:textId="77777777" w:rsidR="00826C21" w:rsidRDefault="00826C2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5"/>
      <w:gridCol w:w="5374"/>
      <w:gridCol w:w="1557"/>
      <w:gridCol w:w="1379"/>
    </w:tblGrid>
    <w:tr w:rsidR="009131C6" w:rsidRPr="00151E02" w14:paraId="631580A7" w14:textId="77777777" w:rsidTr="00AF2173">
      <w:trPr>
        <w:trHeight w:val="286"/>
      </w:trPr>
      <w:tc>
        <w:tcPr>
          <w:tcW w:w="1415" w:type="dxa"/>
          <w:vMerge w:val="restart"/>
          <w:vAlign w:val="center"/>
        </w:tcPr>
        <w:p w14:paraId="1BDD9BB6" w14:textId="77777777" w:rsidR="009131C6" w:rsidRPr="00A22E0A" w:rsidRDefault="009131C6" w:rsidP="009131C6">
          <w:pPr>
            <w:pStyle w:val="a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 wp14:anchorId="057B7E10" wp14:editId="6D9FDC4A">
                <wp:extent cx="690880" cy="956945"/>
                <wp:effectExtent l="0" t="0" r="0" b="0"/>
                <wp:docPr id="35829842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74" w:type="dxa"/>
          <w:vMerge w:val="restart"/>
          <w:vAlign w:val="center"/>
        </w:tcPr>
        <w:p w14:paraId="1FAB5243" w14:textId="4FA8B9EB" w:rsidR="009131C6" w:rsidRDefault="009131C6" w:rsidP="009131C6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GELEN EVRAK VE YAZIŞMA</w:t>
          </w:r>
        </w:p>
        <w:p w14:paraId="0A7F9036" w14:textId="77777777" w:rsidR="009131C6" w:rsidRPr="00A22E0A" w:rsidRDefault="009131C6" w:rsidP="009131C6">
          <w:pPr>
            <w:pStyle w:val="a"/>
            <w:rPr>
              <w:rFonts w:ascii="Arial" w:hAnsi="Arial" w:cs="Arial"/>
              <w:b/>
              <w:sz w:val="28"/>
            </w:rPr>
          </w:pPr>
        </w:p>
        <w:p w14:paraId="5ACC201D" w14:textId="77777777" w:rsidR="009131C6" w:rsidRPr="00A22E0A" w:rsidRDefault="009131C6" w:rsidP="009131C6">
          <w:pPr>
            <w:pStyle w:val="a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57" w:type="dxa"/>
          <w:vAlign w:val="center"/>
        </w:tcPr>
        <w:p w14:paraId="63F8D0B9" w14:textId="77777777" w:rsidR="009131C6" w:rsidRPr="00A22E0A" w:rsidRDefault="009131C6" w:rsidP="009131C6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79" w:type="dxa"/>
        </w:tcPr>
        <w:p w14:paraId="5B6C4164" w14:textId="005CE214" w:rsidR="009131C6" w:rsidRPr="00A22E0A" w:rsidRDefault="009131C6" w:rsidP="009131C6">
          <w:pPr>
            <w:pStyle w:val="a"/>
            <w:rPr>
              <w:rFonts w:ascii="Arial" w:hAnsi="Arial" w:cs="Arial"/>
              <w:b/>
              <w:sz w:val="18"/>
            </w:rPr>
          </w:pPr>
          <w:r>
            <w:t>SİÜ.İA-452</w:t>
          </w:r>
          <w:bookmarkStart w:id="0" w:name="_GoBack"/>
          <w:bookmarkEnd w:id="0"/>
        </w:p>
      </w:tc>
    </w:tr>
    <w:tr w:rsidR="009131C6" w:rsidRPr="00151E02" w14:paraId="72EC32F8" w14:textId="77777777" w:rsidTr="00AF2173">
      <w:trPr>
        <w:trHeight w:val="286"/>
      </w:trPr>
      <w:tc>
        <w:tcPr>
          <w:tcW w:w="1415" w:type="dxa"/>
          <w:vMerge/>
          <w:vAlign w:val="center"/>
        </w:tcPr>
        <w:p w14:paraId="4AF57304" w14:textId="77777777" w:rsidR="009131C6" w:rsidRPr="00A22E0A" w:rsidRDefault="009131C6" w:rsidP="009131C6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454A2CF4" w14:textId="77777777" w:rsidR="009131C6" w:rsidRPr="00A22E0A" w:rsidRDefault="009131C6" w:rsidP="009131C6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49AB77F0" w14:textId="77777777" w:rsidR="009131C6" w:rsidRPr="00A22E0A" w:rsidRDefault="009131C6" w:rsidP="009131C6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79" w:type="dxa"/>
        </w:tcPr>
        <w:p w14:paraId="52251039" w14:textId="263C52E3" w:rsidR="009131C6" w:rsidRPr="00A22E0A" w:rsidRDefault="009131C6" w:rsidP="009131C6">
          <w:pPr>
            <w:pStyle w:val="a"/>
            <w:rPr>
              <w:rFonts w:ascii="Arial" w:hAnsi="Arial" w:cs="Arial"/>
              <w:b/>
              <w:sz w:val="18"/>
            </w:rPr>
          </w:pPr>
          <w:r w:rsidRPr="005D43E0">
            <w:t>26.10.2026</w:t>
          </w:r>
        </w:p>
      </w:tc>
    </w:tr>
    <w:tr w:rsidR="005118AB" w:rsidRPr="00151E02" w14:paraId="0EB03DC9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6A6C533F" w14:textId="77777777" w:rsidR="005118AB" w:rsidRPr="00A22E0A" w:rsidRDefault="005118AB" w:rsidP="005118AB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58C27B2A" w14:textId="77777777" w:rsidR="005118AB" w:rsidRPr="00A22E0A" w:rsidRDefault="005118AB" w:rsidP="005118AB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37FBEDF3" w14:textId="77777777" w:rsidR="005118AB" w:rsidRPr="00A22E0A" w:rsidRDefault="005118AB" w:rsidP="005118AB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79" w:type="dxa"/>
          <w:vAlign w:val="center"/>
        </w:tcPr>
        <w:p w14:paraId="56E44823" w14:textId="77777777" w:rsidR="005118AB" w:rsidRPr="00A22E0A" w:rsidRDefault="005118AB" w:rsidP="005118AB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5118AB" w:rsidRPr="00151E02" w14:paraId="5DAF34CC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1A3EFE0C" w14:textId="77777777" w:rsidR="005118AB" w:rsidRPr="00A22E0A" w:rsidRDefault="005118AB" w:rsidP="005118AB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7DA4C468" w14:textId="77777777" w:rsidR="005118AB" w:rsidRPr="00A22E0A" w:rsidRDefault="005118AB" w:rsidP="005118AB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350FD6DF" w14:textId="77777777" w:rsidR="005118AB" w:rsidRPr="00A22E0A" w:rsidRDefault="005118AB" w:rsidP="005118AB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79" w:type="dxa"/>
          <w:vAlign w:val="center"/>
        </w:tcPr>
        <w:p w14:paraId="3BB3040D" w14:textId="77777777" w:rsidR="005118AB" w:rsidRPr="00A22E0A" w:rsidRDefault="005118AB" w:rsidP="005118AB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5118AB" w:rsidRPr="00151E02" w14:paraId="572D7201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25895A4A" w14:textId="77777777" w:rsidR="005118AB" w:rsidRPr="00A22E0A" w:rsidRDefault="005118AB" w:rsidP="005118AB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21599D1B" w14:textId="77777777" w:rsidR="005118AB" w:rsidRPr="00A22E0A" w:rsidRDefault="005118AB" w:rsidP="005118AB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05ECCE95" w14:textId="77777777" w:rsidR="005118AB" w:rsidRPr="00A22E0A" w:rsidRDefault="005118AB" w:rsidP="005118AB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79" w:type="dxa"/>
          <w:vAlign w:val="center"/>
        </w:tcPr>
        <w:p w14:paraId="68BDDF53" w14:textId="01486414" w:rsidR="005118AB" w:rsidRPr="00A22E0A" w:rsidRDefault="005118AB" w:rsidP="005118AB">
          <w:pPr>
            <w:pStyle w:val="a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9131C6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Pr="00A22E0A">
            <w:rPr>
              <w:rFonts w:ascii="Arial" w:hAnsi="Arial" w:cs="Arial"/>
              <w:b/>
              <w:sz w:val="18"/>
            </w:rPr>
            <w:t>/</w:t>
          </w: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9131C6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5F992455" w14:textId="77777777" w:rsidR="005118AB" w:rsidRDefault="005118A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9968C" w14:textId="77777777" w:rsidR="00826C21" w:rsidRDefault="00826C2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637D0"/>
    <w:rsid w:val="0029639D"/>
    <w:rsid w:val="00326F90"/>
    <w:rsid w:val="0036152B"/>
    <w:rsid w:val="004E31A9"/>
    <w:rsid w:val="005118AB"/>
    <w:rsid w:val="005C3466"/>
    <w:rsid w:val="00826C21"/>
    <w:rsid w:val="009131C6"/>
    <w:rsid w:val="00914B1B"/>
    <w:rsid w:val="00AA1D8D"/>
    <w:rsid w:val="00B47730"/>
    <w:rsid w:val="00C0193C"/>
    <w:rsid w:val="00CB0664"/>
    <w:rsid w:val="00DC35DB"/>
    <w:rsid w:val="00E66333"/>
    <w:rsid w:val="00E85D9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379CD7"/>
  <w14:defaultImageDpi w14:val="300"/>
  <w15:docId w15:val="{D72644C1-E353-47AB-A70F-A2DEBDD2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basedOn w:val="Normal"/>
    <w:next w:val="stBilgi"/>
    <w:link w:val="stbilgiChar0"/>
    <w:uiPriority w:val="99"/>
    <w:unhideWhenUsed/>
    <w:rsid w:val="005118AB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paragraph" w:styleId="NormalWeb">
    <w:name w:val="Normal (Web)"/>
    <w:basedOn w:val="Normal"/>
    <w:uiPriority w:val="99"/>
    <w:unhideWhenUsed/>
    <w:rsid w:val="00511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stbilgiChar0">
    <w:name w:val="Üstbilgi Char"/>
    <w:basedOn w:val="VarsaylanParagrafYazTipi"/>
    <w:link w:val="a"/>
    <w:uiPriority w:val="99"/>
    <w:rsid w:val="00511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C5B70E-4B10-4F34-B2A7-5E89D2013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7</cp:revision>
  <dcterms:created xsi:type="dcterms:W3CDTF">2013-12-23T23:15:00Z</dcterms:created>
  <dcterms:modified xsi:type="dcterms:W3CDTF">2026-10-26T07:57:00Z</dcterms:modified>
  <cp:category/>
</cp:coreProperties>
</file>