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E7B559" w14:textId="77777777" w:rsidR="00E22369" w:rsidRDefault="00E22369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34"/>
        <w:gridCol w:w="2802"/>
        <w:gridCol w:w="2802"/>
      </w:tblGrid>
      <w:tr w:rsidR="00E22369" w14:paraId="6D89113E" w14:textId="77777777" w:rsidTr="00F87D67">
        <w:trPr>
          <w:trHeight w:val="231"/>
        </w:trPr>
        <w:tc>
          <w:tcPr>
            <w:tcW w:w="4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4E004" w14:textId="77777777" w:rsidR="00E22369" w:rsidRDefault="00AE5EE8">
            <w:pPr>
              <w:jc w:val="center"/>
            </w:pPr>
            <w:r>
              <w:rPr>
                <w:b/>
              </w:rPr>
              <w:t>İş Akışı Adımları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2BFC7" w14:textId="77777777" w:rsidR="00E22369" w:rsidRDefault="00AE5EE8">
            <w:pPr>
              <w:jc w:val="center"/>
            </w:pPr>
            <w:r>
              <w:rPr>
                <w:b/>
              </w:rPr>
              <w:t>Sorumlu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73E79C" w14:textId="77777777" w:rsidR="00E22369" w:rsidRDefault="00AE5EE8">
            <w:pPr>
              <w:jc w:val="center"/>
            </w:pPr>
            <w:r>
              <w:rPr>
                <w:b/>
              </w:rPr>
              <w:t>İlgili Dokümanlar</w:t>
            </w:r>
          </w:p>
        </w:tc>
      </w:tr>
      <w:tr w:rsidR="00E22369" w14:paraId="2B734748" w14:textId="77777777" w:rsidTr="00F87D67">
        <w:trPr>
          <w:trHeight w:val="1178"/>
        </w:trPr>
        <w:tc>
          <w:tcPr>
            <w:tcW w:w="4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67573F" w14:textId="77777777" w:rsidR="00E22369" w:rsidRDefault="00AE5EE8">
            <w:r>
              <w:rPr>
                <w:sz w:val="16"/>
              </w:rPr>
              <w:t>Akademik personel veya ilgili birim tarafından araştırma/deneme alanı kullanım talebinin Merkez Müdürlüğüne iletilmesi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8AD458" w14:textId="77777777" w:rsidR="00E22369" w:rsidRDefault="00AE5EE8">
            <w:r>
              <w:rPr>
                <w:sz w:val="16"/>
              </w:rPr>
              <w:t>Başvuru Sahibi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01003E" w14:textId="77777777" w:rsidR="00E22369" w:rsidRDefault="00AE5EE8">
            <w:r>
              <w:rPr>
                <w:sz w:val="16"/>
              </w:rPr>
              <w:t>Talep yazısı / Deneme planı</w:t>
            </w:r>
          </w:p>
        </w:tc>
      </w:tr>
      <w:tr w:rsidR="00E22369" w14:paraId="732ACF47" w14:textId="77777777" w:rsidTr="00F87D67">
        <w:trPr>
          <w:trHeight w:val="269"/>
        </w:trPr>
        <w:tc>
          <w:tcPr>
            <w:tcW w:w="4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825945" w14:textId="77777777" w:rsidR="00E22369" w:rsidRDefault="00AE5EE8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A763D1" w14:textId="77777777" w:rsidR="00E22369" w:rsidRDefault="00E22369">
            <w:pPr>
              <w:jc w:val="center"/>
            </w:pP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D01CC" w14:textId="77777777" w:rsidR="00E22369" w:rsidRDefault="00E22369">
            <w:pPr>
              <w:jc w:val="center"/>
            </w:pPr>
          </w:p>
        </w:tc>
      </w:tr>
      <w:tr w:rsidR="00E22369" w14:paraId="2B6D10D1" w14:textId="77777777" w:rsidTr="00F87D67">
        <w:trPr>
          <w:trHeight w:val="1178"/>
        </w:trPr>
        <w:tc>
          <w:tcPr>
            <w:tcW w:w="4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EC8FC" w14:textId="77777777" w:rsidR="00E22369" w:rsidRDefault="00AE5EE8">
            <w:r>
              <w:rPr>
                <w:sz w:val="16"/>
              </w:rPr>
              <w:t xml:space="preserve">Talebin amaç, süre, alan büyüklüğü ve </w:t>
            </w:r>
            <w:r>
              <w:rPr>
                <w:sz w:val="16"/>
              </w:rPr>
              <w:t>gerekli altyapı bilgileri yönünden ön incelemesinin yapılması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13E7D" w14:textId="77777777" w:rsidR="00E22369" w:rsidRDefault="00AE5EE8">
            <w:r>
              <w:rPr>
                <w:sz w:val="16"/>
              </w:rPr>
              <w:t>Merkez Müdürlüğü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D74489" w14:textId="77777777" w:rsidR="00E22369" w:rsidRDefault="00AE5EE8">
            <w:r>
              <w:rPr>
                <w:sz w:val="16"/>
              </w:rPr>
              <w:t>Talep yazısı / Deneme planı</w:t>
            </w:r>
          </w:p>
        </w:tc>
      </w:tr>
      <w:tr w:rsidR="00E22369" w14:paraId="715EDF70" w14:textId="77777777" w:rsidTr="00F87D67">
        <w:trPr>
          <w:trHeight w:val="269"/>
        </w:trPr>
        <w:tc>
          <w:tcPr>
            <w:tcW w:w="4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2ADBA0" w14:textId="77777777" w:rsidR="00E22369" w:rsidRDefault="00AE5EE8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38375C" w14:textId="77777777" w:rsidR="00E22369" w:rsidRDefault="00E22369">
            <w:pPr>
              <w:jc w:val="center"/>
            </w:pP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B07AAC" w14:textId="77777777" w:rsidR="00E22369" w:rsidRDefault="00E22369">
            <w:pPr>
              <w:jc w:val="center"/>
            </w:pPr>
          </w:p>
        </w:tc>
      </w:tr>
      <w:tr w:rsidR="00E22369" w14:paraId="74705C40" w14:textId="77777777" w:rsidTr="00F87D67">
        <w:trPr>
          <w:trHeight w:val="1178"/>
        </w:trPr>
        <w:tc>
          <w:tcPr>
            <w:tcW w:w="4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AECC6A" w14:textId="77777777" w:rsidR="00E22369" w:rsidRDefault="00AE5EE8">
            <w:r>
              <w:rPr>
                <w:sz w:val="16"/>
              </w:rPr>
              <w:t>Talep edilen alanın uygunluğunun, mevcut üretim planı ve diğer taleplerle birlikte değerlendirilmesi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E4DABE" w14:textId="081D09F3" w:rsidR="00E22369" w:rsidRDefault="00BC2A85">
            <w:r>
              <w:rPr>
                <w:sz w:val="16"/>
              </w:rPr>
              <w:t>Merkez y</w:t>
            </w:r>
            <w:r w:rsidR="00982E19">
              <w:rPr>
                <w:sz w:val="16"/>
              </w:rPr>
              <w:t>önetim Kurulu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A89BDE" w14:textId="77777777" w:rsidR="00E22369" w:rsidRDefault="00AE5EE8">
            <w:r>
              <w:rPr>
                <w:sz w:val="16"/>
              </w:rPr>
              <w:t>Arazi kayıtları / Ür</w:t>
            </w:r>
            <w:r>
              <w:rPr>
                <w:sz w:val="16"/>
              </w:rPr>
              <w:t>etim planı</w:t>
            </w:r>
          </w:p>
        </w:tc>
      </w:tr>
      <w:tr w:rsidR="00E22369" w14:paraId="1DC97DE2" w14:textId="77777777" w:rsidTr="00F87D67">
        <w:trPr>
          <w:trHeight w:val="269"/>
        </w:trPr>
        <w:tc>
          <w:tcPr>
            <w:tcW w:w="4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003D4" w14:textId="77777777" w:rsidR="00E22369" w:rsidRDefault="00AE5EE8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FAA2A" w14:textId="77777777" w:rsidR="00E22369" w:rsidRDefault="00E22369">
            <w:pPr>
              <w:jc w:val="center"/>
            </w:pP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FF868" w14:textId="77777777" w:rsidR="00E22369" w:rsidRDefault="00E22369">
            <w:pPr>
              <w:jc w:val="center"/>
            </w:pPr>
          </w:p>
        </w:tc>
      </w:tr>
      <w:tr w:rsidR="00BC2A85" w14:paraId="551FA289" w14:textId="77777777" w:rsidTr="00F87D67">
        <w:trPr>
          <w:trHeight w:val="1178"/>
        </w:trPr>
        <w:tc>
          <w:tcPr>
            <w:tcW w:w="4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EF013F" w14:textId="77777777" w:rsidR="00BC2A85" w:rsidRDefault="00BC2A85" w:rsidP="00BC2A85">
            <w:r>
              <w:rPr>
                <w:sz w:val="16"/>
              </w:rPr>
              <w:t>Alan tahsisi talebinin ilgili mevzuat ve yetki çerçevesinde karara bağlanması; uygun değilse gerekçenin başvuru sahibine bildirilmesi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0FA5ED" w14:textId="16F86911" w:rsidR="00BC2A85" w:rsidRDefault="00BC2A85" w:rsidP="00BC2A85">
            <w:r>
              <w:rPr>
                <w:sz w:val="16"/>
              </w:rPr>
              <w:t>Merkez yönetim Kurulu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D5F58" w14:textId="77777777" w:rsidR="00BC2A85" w:rsidRDefault="00BC2A85" w:rsidP="00BC2A85">
            <w:r>
              <w:rPr>
                <w:sz w:val="16"/>
              </w:rPr>
              <w:t>Karar / Onay / Bildirim</w:t>
            </w:r>
          </w:p>
        </w:tc>
      </w:tr>
      <w:tr w:rsidR="00BC2A85" w14:paraId="3F9DD5FB" w14:textId="77777777" w:rsidTr="00F87D67">
        <w:trPr>
          <w:trHeight w:val="269"/>
        </w:trPr>
        <w:tc>
          <w:tcPr>
            <w:tcW w:w="4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AB4D71" w14:textId="77777777" w:rsidR="00BC2A85" w:rsidRDefault="00BC2A85" w:rsidP="00BC2A85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C6C290" w14:textId="77777777" w:rsidR="00BC2A85" w:rsidRDefault="00BC2A85" w:rsidP="00BC2A85">
            <w:pPr>
              <w:jc w:val="center"/>
            </w:pP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22F857" w14:textId="77777777" w:rsidR="00BC2A85" w:rsidRDefault="00BC2A85" w:rsidP="00BC2A85">
            <w:pPr>
              <w:jc w:val="center"/>
            </w:pPr>
          </w:p>
        </w:tc>
      </w:tr>
      <w:tr w:rsidR="00BC2A85" w14:paraId="0594D046" w14:textId="77777777" w:rsidTr="00F87D67">
        <w:trPr>
          <w:trHeight w:val="1178"/>
        </w:trPr>
        <w:tc>
          <w:tcPr>
            <w:tcW w:w="4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6D6C0" w14:textId="77777777" w:rsidR="00BC2A85" w:rsidRDefault="00BC2A85" w:rsidP="00BC2A85">
            <w:r>
              <w:rPr>
                <w:sz w:val="16"/>
              </w:rPr>
              <w:t>Uygun bulunan alanın kullanım koşulları ve süresi belirtilerek başvuru sahibine teslim edilmesi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09520C" w14:textId="5CA13F68" w:rsidR="00BC2A85" w:rsidRDefault="00BC2A85" w:rsidP="00BC2A85">
            <w:r>
              <w:rPr>
                <w:sz w:val="16"/>
              </w:rPr>
              <w:t>Merkez Müdürlüğü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D8F72" w14:textId="77777777" w:rsidR="00BC2A85" w:rsidRDefault="00BC2A85" w:rsidP="00BC2A85">
            <w:r>
              <w:rPr>
                <w:sz w:val="16"/>
              </w:rPr>
              <w:t>Alan teslim tutanağı</w:t>
            </w:r>
          </w:p>
        </w:tc>
      </w:tr>
      <w:tr w:rsidR="00BC2A85" w14:paraId="5FBF4434" w14:textId="77777777" w:rsidTr="00F87D67">
        <w:trPr>
          <w:trHeight w:val="269"/>
        </w:trPr>
        <w:tc>
          <w:tcPr>
            <w:tcW w:w="4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06C853" w14:textId="77777777" w:rsidR="00BC2A85" w:rsidRDefault="00BC2A85" w:rsidP="00BC2A85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FE926" w14:textId="77777777" w:rsidR="00BC2A85" w:rsidRDefault="00BC2A85" w:rsidP="00BC2A85">
            <w:pPr>
              <w:jc w:val="center"/>
            </w:pP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03E35" w14:textId="77777777" w:rsidR="00BC2A85" w:rsidRDefault="00BC2A85" w:rsidP="00BC2A85">
            <w:pPr>
              <w:jc w:val="center"/>
            </w:pPr>
          </w:p>
        </w:tc>
      </w:tr>
      <w:tr w:rsidR="00BC2A85" w14:paraId="401577D3" w14:textId="77777777" w:rsidTr="00F87D67">
        <w:trPr>
          <w:trHeight w:val="1178"/>
        </w:trPr>
        <w:tc>
          <w:tcPr>
            <w:tcW w:w="4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A86DA2" w14:textId="77777777" w:rsidR="00BC2A85" w:rsidRDefault="00BC2A85" w:rsidP="00BC2A85">
            <w:r>
              <w:rPr>
                <w:sz w:val="16"/>
              </w:rPr>
              <w:t>Kullanım sürecinin izlenmesi; süre sonunda alanın kontrol edilerek teslim alınması ve kayıtların kapatılması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2CB87" w14:textId="310A6953" w:rsidR="00BC2A85" w:rsidRDefault="00BC2A85" w:rsidP="00BC2A85">
            <w:r>
              <w:rPr>
                <w:sz w:val="16"/>
              </w:rPr>
              <w:t>Merkez Müdürlüğü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C6AE31" w14:textId="77777777" w:rsidR="00BC2A85" w:rsidRDefault="00BC2A85" w:rsidP="00BC2A85">
            <w:r>
              <w:rPr>
                <w:sz w:val="16"/>
              </w:rPr>
              <w:t>İzleme kaydı / İade tutanağı</w:t>
            </w:r>
          </w:p>
        </w:tc>
      </w:tr>
    </w:tbl>
    <w:p w14:paraId="12A2B465" w14:textId="77777777" w:rsidR="00E22369" w:rsidRDefault="00E22369"/>
    <w:sectPr w:rsidR="00E22369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07" w:right="935" w:bottom="850" w:left="93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5A2DA" w14:textId="77777777" w:rsidR="00AE5EE8" w:rsidRDefault="00AE5EE8" w:rsidP="00292CE2">
      <w:pPr>
        <w:spacing w:line="240" w:lineRule="auto"/>
      </w:pPr>
      <w:r>
        <w:separator/>
      </w:r>
    </w:p>
  </w:endnote>
  <w:endnote w:type="continuationSeparator" w:id="0">
    <w:p w14:paraId="08836387" w14:textId="77777777" w:rsidR="00AE5EE8" w:rsidRDefault="00AE5EE8" w:rsidP="00292C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10DAB" w14:textId="77777777" w:rsidR="00982E19" w:rsidRDefault="00982E1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292CE2" w:rsidRPr="002660A0" w14:paraId="7399A761" w14:textId="77777777" w:rsidTr="00E35A15">
      <w:tc>
        <w:tcPr>
          <w:tcW w:w="3259" w:type="dxa"/>
        </w:tcPr>
        <w:p w14:paraId="03DE390D" w14:textId="77777777" w:rsidR="00292CE2" w:rsidRPr="002660A0" w:rsidRDefault="00292CE2" w:rsidP="00292CE2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Hazırlayan</w:t>
          </w:r>
        </w:p>
      </w:tc>
      <w:tc>
        <w:tcPr>
          <w:tcW w:w="3259" w:type="dxa"/>
        </w:tcPr>
        <w:p w14:paraId="7F3F52A7" w14:textId="77777777" w:rsidR="00292CE2" w:rsidRPr="002660A0" w:rsidRDefault="00292CE2" w:rsidP="00292CE2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Sistem Onayı</w:t>
          </w:r>
        </w:p>
      </w:tc>
      <w:tc>
        <w:tcPr>
          <w:tcW w:w="3260" w:type="dxa"/>
        </w:tcPr>
        <w:p w14:paraId="3B52D3F1" w14:textId="77777777" w:rsidR="00292CE2" w:rsidRPr="002660A0" w:rsidRDefault="00292CE2" w:rsidP="00292CE2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Yürürlük Onayı</w:t>
          </w:r>
        </w:p>
      </w:tc>
    </w:tr>
    <w:tr w:rsidR="00292CE2" w:rsidRPr="002660A0" w14:paraId="33909C32" w14:textId="77777777" w:rsidTr="00E35A15">
      <w:trPr>
        <w:trHeight w:val="1002"/>
      </w:trPr>
      <w:tc>
        <w:tcPr>
          <w:tcW w:w="3259" w:type="dxa"/>
        </w:tcPr>
        <w:p w14:paraId="68B7247B" w14:textId="77777777" w:rsidR="00292CE2" w:rsidRPr="002660A0" w:rsidRDefault="00292CE2" w:rsidP="00292CE2">
          <w:pPr>
            <w:pStyle w:val="NormalWeb"/>
            <w:jc w:val="center"/>
            <w:rPr>
              <w:rFonts w:ascii="Calibri" w:hAnsi="Calibri"/>
              <w:szCs w:val="20"/>
            </w:rPr>
          </w:pPr>
          <w:r w:rsidRPr="002660A0">
            <w:rPr>
              <w:rFonts w:ascii="Calibri" w:hAnsi="Calibri"/>
              <w:szCs w:val="20"/>
            </w:rPr>
            <w:t xml:space="preserve"> Birim Yetkilisi</w:t>
          </w:r>
        </w:p>
        <w:p w14:paraId="54FF606B" w14:textId="77777777" w:rsidR="00292CE2" w:rsidRPr="002660A0" w:rsidRDefault="00292CE2" w:rsidP="00292CE2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  <w:tc>
        <w:tcPr>
          <w:tcW w:w="3259" w:type="dxa"/>
        </w:tcPr>
        <w:p w14:paraId="6422CBA0" w14:textId="77777777" w:rsidR="00292CE2" w:rsidRPr="002660A0" w:rsidRDefault="00292CE2" w:rsidP="00292CE2">
          <w:pPr>
            <w:pStyle w:val="NormalWeb"/>
            <w:jc w:val="center"/>
            <w:rPr>
              <w:rFonts w:ascii="Calibri" w:hAnsi="Calibri"/>
              <w:szCs w:val="20"/>
            </w:rPr>
          </w:pPr>
          <w:r w:rsidRPr="002660A0">
            <w:rPr>
              <w:rFonts w:ascii="Calibri" w:hAnsi="Calibri"/>
              <w:szCs w:val="20"/>
            </w:rPr>
            <w:t xml:space="preserve">Kalite Koordinatörlüğü </w:t>
          </w:r>
        </w:p>
        <w:p w14:paraId="25EAA267" w14:textId="77777777" w:rsidR="00292CE2" w:rsidRPr="002660A0" w:rsidRDefault="00292CE2" w:rsidP="00292CE2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  <w:tc>
        <w:tcPr>
          <w:tcW w:w="3260" w:type="dxa"/>
        </w:tcPr>
        <w:p w14:paraId="356504C3" w14:textId="77777777" w:rsidR="00292CE2" w:rsidRPr="002660A0" w:rsidRDefault="00292CE2" w:rsidP="00292CE2">
          <w:pPr>
            <w:pStyle w:val="NormalWeb"/>
            <w:jc w:val="center"/>
            <w:rPr>
              <w:rFonts w:ascii="Calibri" w:hAnsi="Calibri"/>
              <w:snapToGrid w:val="0"/>
              <w:szCs w:val="20"/>
            </w:rPr>
          </w:pPr>
          <w:r w:rsidRPr="002660A0">
            <w:rPr>
              <w:rFonts w:ascii="Calibri" w:hAnsi="Calibri"/>
              <w:snapToGrid w:val="0"/>
              <w:szCs w:val="20"/>
            </w:rPr>
            <w:t>Rektör</w:t>
          </w:r>
        </w:p>
        <w:p w14:paraId="7F748148" w14:textId="77777777" w:rsidR="00292CE2" w:rsidRPr="002660A0" w:rsidRDefault="00292CE2" w:rsidP="00292CE2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</w:tr>
  </w:tbl>
  <w:p w14:paraId="4DC4F983" w14:textId="36E335E9" w:rsidR="00292CE2" w:rsidRPr="00151E02" w:rsidRDefault="00292CE2" w:rsidP="00292CE2">
    <w:pPr>
      <w:pStyle w:val="a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No:SİÜ;</w:t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  <w:t>Revizyon Tarihi:</w:t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>Revizyon: 00)</w:t>
    </w:r>
  </w:p>
  <w:p w14:paraId="70D3ECD3" w14:textId="77777777" w:rsidR="00292CE2" w:rsidRDefault="00292CE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E7D30" w14:textId="77777777" w:rsidR="00982E19" w:rsidRDefault="00982E1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7E0A4" w14:textId="77777777" w:rsidR="00AE5EE8" w:rsidRDefault="00AE5EE8" w:rsidP="00292CE2">
      <w:pPr>
        <w:spacing w:line="240" w:lineRule="auto"/>
      </w:pPr>
      <w:r>
        <w:separator/>
      </w:r>
    </w:p>
  </w:footnote>
  <w:footnote w:type="continuationSeparator" w:id="0">
    <w:p w14:paraId="52CECBC8" w14:textId="77777777" w:rsidR="00AE5EE8" w:rsidRDefault="00AE5EE8" w:rsidP="00292C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6D98B" w14:textId="77777777" w:rsidR="00982E19" w:rsidRDefault="00982E1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15"/>
      <w:gridCol w:w="5374"/>
      <w:gridCol w:w="1557"/>
      <w:gridCol w:w="1379"/>
    </w:tblGrid>
    <w:tr w:rsidR="0091792A" w:rsidRPr="00151E02" w14:paraId="416D6F22" w14:textId="77777777" w:rsidTr="007D6698">
      <w:trPr>
        <w:trHeight w:val="286"/>
      </w:trPr>
      <w:tc>
        <w:tcPr>
          <w:tcW w:w="1415" w:type="dxa"/>
          <w:vMerge w:val="restart"/>
          <w:vAlign w:val="center"/>
        </w:tcPr>
        <w:p w14:paraId="11D05E25" w14:textId="77777777" w:rsidR="0091792A" w:rsidRPr="00A22E0A" w:rsidRDefault="0091792A" w:rsidP="0091792A">
          <w:pPr>
            <w:pStyle w:val="a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val="tr-TR" w:eastAsia="tr-TR"/>
            </w:rPr>
            <w:drawing>
              <wp:inline distT="0" distB="0" distL="0" distR="0" wp14:anchorId="5CAD7C9C" wp14:editId="06925786">
                <wp:extent cx="690880" cy="956945"/>
                <wp:effectExtent l="0" t="0" r="0" b="0"/>
                <wp:docPr id="35829842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956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74" w:type="dxa"/>
          <w:vMerge w:val="restart"/>
          <w:vAlign w:val="center"/>
        </w:tcPr>
        <w:p w14:paraId="01B878A1" w14:textId="058835DB" w:rsidR="0091792A" w:rsidRDefault="0091792A" w:rsidP="0091792A">
          <w:pPr>
            <w:pStyle w:val="a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TARIMSAL ÜRETİM ALANI TAHSİSİ</w:t>
          </w:r>
        </w:p>
        <w:p w14:paraId="1CF85B08" w14:textId="77777777" w:rsidR="0091792A" w:rsidRPr="00A22E0A" w:rsidRDefault="0091792A" w:rsidP="0091792A">
          <w:pPr>
            <w:pStyle w:val="a"/>
            <w:rPr>
              <w:rFonts w:ascii="Arial" w:hAnsi="Arial" w:cs="Arial"/>
              <w:b/>
              <w:sz w:val="28"/>
            </w:rPr>
          </w:pPr>
        </w:p>
        <w:p w14:paraId="7EC911A1" w14:textId="77777777" w:rsidR="0091792A" w:rsidRPr="00A22E0A" w:rsidRDefault="0091792A" w:rsidP="0091792A">
          <w:pPr>
            <w:pStyle w:val="a"/>
            <w:jc w:val="center"/>
            <w:rPr>
              <w:rFonts w:ascii="Arial" w:hAnsi="Arial" w:cs="Arial"/>
              <w:b/>
            </w:rPr>
          </w:pPr>
          <w:r w:rsidRPr="00A22E0A">
            <w:rPr>
              <w:rFonts w:ascii="Arial" w:hAnsi="Arial" w:cs="Arial"/>
              <w:b/>
              <w:sz w:val="28"/>
            </w:rPr>
            <w:t>İŞ AKIŞ</w:t>
          </w:r>
          <w:r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57" w:type="dxa"/>
          <w:vAlign w:val="center"/>
        </w:tcPr>
        <w:p w14:paraId="02B64886" w14:textId="77777777" w:rsidR="0091792A" w:rsidRPr="00A22E0A" w:rsidRDefault="0091792A" w:rsidP="0091792A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79" w:type="dxa"/>
        </w:tcPr>
        <w:p w14:paraId="2608FA0C" w14:textId="0F690E32" w:rsidR="0091792A" w:rsidRPr="00A22E0A" w:rsidRDefault="0091792A" w:rsidP="0091792A">
          <w:pPr>
            <w:pStyle w:val="a"/>
            <w:rPr>
              <w:rFonts w:ascii="Arial" w:hAnsi="Arial" w:cs="Arial"/>
              <w:b/>
              <w:sz w:val="18"/>
            </w:rPr>
          </w:pPr>
          <w:r>
            <w:rPr>
              <w:rFonts w:ascii="Times New Roman" w:hAnsi="Times New Roman" w:cs="Times New Roman"/>
              <w:b/>
            </w:rPr>
            <w:t>SİÜ.İA-454</w:t>
          </w:r>
          <w:bookmarkStart w:id="0" w:name="_GoBack"/>
          <w:bookmarkEnd w:id="0"/>
        </w:p>
      </w:tc>
    </w:tr>
    <w:tr w:rsidR="0091792A" w:rsidRPr="00151E02" w14:paraId="343056D3" w14:textId="77777777" w:rsidTr="007D6698">
      <w:trPr>
        <w:trHeight w:val="286"/>
      </w:trPr>
      <w:tc>
        <w:tcPr>
          <w:tcW w:w="1415" w:type="dxa"/>
          <w:vMerge/>
          <w:vAlign w:val="center"/>
        </w:tcPr>
        <w:p w14:paraId="1E4D54DA" w14:textId="77777777" w:rsidR="0091792A" w:rsidRPr="00A22E0A" w:rsidRDefault="0091792A" w:rsidP="0091792A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374" w:type="dxa"/>
          <w:vMerge/>
          <w:vAlign w:val="center"/>
        </w:tcPr>
        <w:p w14:paraId="17BCFF72" w14:textId="77777777" w:rsidR="0091792A" w:rsidRPr="00A22E0A" w:rsidRDefault="0091792A" w:rsidP="0091792A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7" w:type="dxa"/>
          <w:vAlign w:val="center"/>
        </w:tcPr>
        <w:p w14:paraId="48A0807F" w14:textId="77777777" w:rsidR="0091792A" w:rsidRPr="00A22E0A" w:rsidRDefault="0091792A" w:rsidP="0091792A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79" w:type="dxa"/>
        </w:tcPr>
        <w:p w14:paraId="506E57EF" w14:textId="6FE2BC86" w:rsidR="0091792A" w:rsidRPr="00A22E0A" w:rsidRDefault="0091792A" w:rsidP="0091792A">
          <w:pPr>
            <w:pStyle w:val="a"/>
            <w:rPr>
              <w:rFonts w:ascii="Arial" w:hAnsi="Arial" w:cs="Arial"/>
              <w:b/>
              <w:sz w:val="18"/>
            </w:rPr>
          </w:pPr>
          <w:r>
            <w:rPr>
              <w:rFonts w:ascii="Times New Roman" w:hAnsi="Times New Roman" w:cs="Times New Roman"/>
              <w:b/>
            </w:rPr>
            <w:t>26.10.2026</w:t>
          </w:r>
        </w:p>
      </w:tc>
    </w:tr>
    <w:tr w:rsidR="00292CE2" w:rsidRPr="00151E02" w14:paraId="683B24F6" w14:textId="77777777" w:rsidTr="00E35A15">
      <w:trPr>
        <w:trHeight w:val="286"/>
      </w:trPr>
      <w:tc>
        <w:tcPr>
          <w:tcW w:w="1415" w:type="dxa"/>
          <w:vMerge/>
          <w:vAlign w:val="center"/>
        </w:tcPr>
        <w:p w14:paraId="3D7F9ED1" w14:textId="77777777" w:rsidR="00292CE2" w:rsidRPr="00A22E0A" w:rsidRDefault="00292CE2" w:rsidP="00292CE2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374" w:type="dxa"/>
          <w:vMerge/>
          <w:vAlign w:val="center"/>
        </w:tcPr>
        <w:p w14:paraId="63FC7A4F" w14:textId="77777777" w:rsidR="00292CE2" w:rsidRPr="00A22E0A" w:rsidRDefault="00292CE2" w:rsidP="00292CE2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7" w:type="dxa"/>
          <w:vAlign w:val="center"/>
        </w:tcPr>
        <w:p w14:paraId="67ED265A" w14:textId="77777777" w:rsidR="00292CE2" w:rsidRPr="00A22E0A" w:rsidRDefault="00292CE2" w:rsidP="00292CE2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79" w:type="dxa"/>
          <w:vAlign w:val="center"/>
        </w:tcPr>
        <w:p w14:paraId="0FE53BFD" w14:textId="77777777" w:rsidR="00292CE2" w:rsidRPr="00A22E0A" w:rsidRDefault="00292CE2" w:rsidP="00292CE2">
          <w:pPr>
            <w:pStyle w:val="a"/>
            <w:rPr>
              <w:rFonts w:ascii="Arial" w:hAnsi="Arial" w:cs="Arial"/>
              <w:b/>
              <w:sz w:val="18"/>
            </w:rPr>
          </w:pPr>
        </w:p>
      </w:tc>
    </w:tr>
    <w:tr w:rsidR="00292CE2" w:rsidRPr="00151E02" w14:paraId="0A6ED9F9" w14:textId="77777777" w:rsidTr="00E35A15">
      <w:trPr>
        <w:trHeight w:val="286"/>
      </w:trPr>
      <w:tc>
        <w:tcPr>
          <w:tcW w:w="1415" w:type="dxa"/>
          <w:vMerge/>
          <w:vAlign w:val="center"/>
        </w:tcPr>
        <w:p w14:paraId="4005D938" w14:textId="77777777" w:rsidR="00292CE2" w:rsidRPr="00A22E0A" w:rsidRDefault="00292CE2" w:rsidP="00292CE2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374" w:type="dxa"/>
          <w:vMerge/>
          <w:vAlign w:val="center"/>
        </w:tcPr>
        <w:p w14:paraId="3B6B09BE" w14:textId="77777777" w:rsidR="00292CE2" w:rsidRPr="00A22E0A" w:rsidRDefault="00292CE2" w:rsidP="00292CE2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7" w:type="dxa"/>
          <w:vAlign w:val="center"/>
        </w:tcPr>
        <w:p w14:paraId="1461940B" w14:textId="77777777" w:rsidR="00292CE2" w:rsidRPr="00A22E0A" w:rsidRDefault="00292CE2" w:rsidP="00292CE2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79" w:type="dxa"/>
          <w:vAlign w:val="center"/>
        </w:tcPr>
        <w:p w14:paraId="7E79318D" w14:textId="77777777" w:rsidR="00292CE2" w:rsidRPr="00A22E0A" w:rsidRDefault="00292CE2" w:rsidP="00292CE2">
          <w:pPr>
            <w:pStyle w:val="a"/>
            <w:rPr>
              <w:rFonts w:ascii="Arial" w:hAnsi="Arial" w:cs="Arial"/>
              <w:b/>
              <w:sz w:val="18"/>
            </w:rPr>
          </w:pPr>
        </w:p>
      </w:tc>
    </w:tr>
    <w:tr w:rsidR="00292CE2" w:rsidRPr="00151E02" w14:paraId="10711133" w14:textId="77777777" w:rsidTr="00E35A15">
      <w:trPr>
        <w:trHeight w:val="286"/>
      </w:trPr>
      <w:tc>
        <w:tcPr>
          <w:tcW w:w="1415" w:type="dxa"/>
          <w:vMerge/>
          <w:vAlign w:val="center"/>
        </w:tcPr>
        <w:p w14:paraId="59ACE0B9" w14:textId="77777777" w:rsidR="00292CE2" w:rsidRPr="00A22E0A" w:rsidRDefault="00292CE2" w:rsidP="00292CE2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374" w:type="dxa"/>
          <w:vMerge/>
          <w:vAlign w:val="center"/>
        </w:tcPr>
        <w:p w14:paraId="58360D0C" w14:textId="77777777" w:rsidR="00292CE2" w:rsidRPr="00A22E0A" w:rsidRDefault="00292CE2" w:rsidP="00292CE2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7" w:type="dxa"/>
          <w:vAlign w:val="center"/>
        </w:tcPr>
        <w:p w14:paraId="2C9F5828" w14:textId="77777777" w:rsidR="00292CE2" w:rsidRPr="00A22E0A" w:rsidRDefault="00292CE2" w:rsidP="00292CE2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79" w:type="dxa"/>
          <w:vAlign w:val="center"/>
        </w:tcPr>
        <w:p w14:paraId="7805C55A" w14:textId="2622A82A" w:rsidR="00292CE2" w:rsidRPr="00A22E0A" w:rsidRDefault="00292CE2" w:rsidP="00292CE2">
          <w:pPr>
            <w:pStyle w:val="a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91792A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Pr="00A22E0A">
            <w:rPr>
              <w:rFonts w:ascii="Arial" w:hAnsi="Arial" w:cs="Arial"/>
              <w:b/>
              <w:sz w:val="18"/>
            </w:rPr>
            <w:t>/</w:t>
          </w: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Pr="00A22E0A">
            <w:rPr>
              <w:rFonts w:ascii="Arial" w:hAnsi="Arial" w:cs="Arial"/>
              <w:b/>
              <w:sz w:val="18"/>
            </w:rPr>
            <w:instrText xml:space="preserve"> NUMPAGES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91792A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</w:p>
      </w:tc>
    </w:tr>
  </w:tbl>
  <w:p w14:paraId="4A1965FE" w14:textId="77777777" w:rsidR="00292CE2" w:rsidRDefault="00292CE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3375B" w14:textId="77777777" w:rsidR="00982E19" w:rsidRDefault="00982E1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637D0"/>
    <w:rsid w:val="00292CE2"/>
    <w:rsid w:val="0029639D"/>
    <w:rsid w:val="00326F90"/>
    <w:rsid w:val="00537E9D"/>
    <w:rsid w:val="005E3E0B"/>
    <w:rsid w:val="007D39C1"/>
    <w:rsid w:val="00837A6E"/>
    <w:rsid w:val="0091792A"/>
    <w:rsid w:val="00982E19"/>
    <w:rsid w:val="00AA1D8D"/>
    <w:rsid w:val="00AE5EE8"/>
    <w:rsid w:val="00B47730"/>
    <w:rsid w:val="00BC2A85"/>
    <w:rsid w:val="00CB0664"/>
    <w:rsid w:val="00E22369"/>
    <w:rsid w:val="00ED360F"/>
    <w:rsid w:val="00F87D67"/>
    <w:rsid w:val="00FA3BF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B8E5BC"/>
  <w14:defaultImageDpi w14:val="300"/>
  <w15:docId w15:val="{A27F9E99-1338-4EDB-BB4B-A075EF98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">
    <w:basedOn w:val="Normal"/>
    <w:next w:val="stBilgi"/>
    <w:link w:val="stbilgiChar0"/>
    <w:uiPriority w:val="99"/>
    <w:unhideWhenUsed/>
    <w:rsid w:val="00292CE2"/>
    <w:pPr>
      <w:tabs>
        <w:tab w:val="center" w:pos="4536"/>
        <w:tab w:val="right" w:pos="9072"/>
      </w:tabs>
      <w:spacing w:line="240" w:lineRule="auto"/>
    </w:pPr>
    <w:rPr>
      <w:rFonts w:asciiTheme="minorHAnsi" w:hAnsiTheme="minorHAnsi"/>
      <w:sz w:val="22"/>
    </w:rPr>
  </w:style>
  <w:style w:type="character" w:customStyle="1" w:styleId="stbilgiChar0">
    <w:name w:val="Üstbilgi Char"/>
    <w:basedOn w:val="VarsaylanParagrafYazTipi"/>
    <w:link w:val="a"/>
    <w:uiPriority w:val="99"/>
    <w:rsid w:val="00292CE2"/>
  </w:style>
  <w:style w:type="paragraph" w:styleId="NormalWeb">
    <w:name w:val="Normal (Web)"/>
    <w:basedOn w:val="Normal"/>
    <w:uiPriority w:val="99"/>
    <w:unhideWhenUsed/>
    <w:rsid w:val="00292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6D9F469-E560-4FD6-B9A4-7629702F8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Bilgisayar</cp:lastModifiedBy>
  <cp:revision>9</cp:revision>
  <dcterms:created xsi:type="dcterms:W3CDTF">2013-12-23T23:15:00Z</dcterms:created>
  <dcterms:modified xsi:type="dcterms:W3CDTF">2026-10-26T07:58:00Z</dcterms:modified>
  <cp:category/>
</cp:coreProperties>
</file>